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Statement of Work</w:t>
      </w:r>
    </w:p>
    <w:p>
      <w:r>
        <w:t>A shorter project-work record for a limited engagement. State exactly what will be done and how completion will be recognized.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Project / client: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Date: </w:t>
            </w:r>
            <w:r>
              <w:t>________________________</w:t>
            </w:r>
          </w:p>
        </w:tc>
      </w:tr>
    </w:tbl>
    <w:p>
      <w:pPr>
        <w:pStyle w:val="Heading1"/>
      </w:pPr>
      <w:r>
        <w:t>Objective</w:t>
      </w:r>
    </w:p>
    <w:p>
      <w:r>
        <w:t>What result is needed?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Scope and exclusions</w:t>
      </w:r>
    </w:p>
    <w:p>
      <w:r>
        <w:t>Describe included work and the most important out-of-scope items.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Deliverables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Owner / due 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Acceptance evidence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Timeline and responsibilities</w:t>
      </w:r>
    </w:p>
    <w:p>
      <w:r>
        <w:t>List milestones, owners, and dependencies.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Acceptance and change handling</w:t>
      </w:r>
    </w:p>
    <w:p>
      <w:r>
        <w:t>Describe how the work will be accepted and how changes will be recorded.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/>
        </w:trPr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Prepared by / date</w:t>
            </w:r>
          </w:p>
        </w:tc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Approved by / date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A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Statement of Work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