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Change Request Form</w:t>
      </w:r>
    </w:p>
    <w:p>
      <w:r>
        <w:t>Record one proposed project change, its expected effects, and the decision. Edit the blank fields in Word or print and complete by hand.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Change Request ID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Project Name  </w:t>
            </w:r>
            <w:r>
              <w:t>________________________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Requester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Date Submitted  </w:t>
            </w:r>
            <w:r>
              <w:t>________________________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Change Title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Priority  </w:t>
            </w:r>
            <w:r>
              <w:t>________________________</w:t>
            </w:r>
          </w:p>
        </w:tc>
      </w:tr>
    </w:tbl>
    <w:p>
      <w:pPr>
        <w:pStyle w:val="Heading1"/>
      </w:pPr>
      <w:r>
        <w:t>Requested Change</w:t>
      </w:r>
    </w:p>
    <w:p>
      <w:r>
        <w:t>Describe what would change.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Reason and Business Justification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Impact Review</w:t>
      </w:r>
    </w:p>
    <w:p>
      <w:pPr>
        <w:pStyle w:val="Heading1"/>
      </w:pPr>
      <w:r>
        <w:t>Scope Impact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Schedule Impact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Cost or Budget Impact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Impact Review Continued</w:t>
      </w:r>
    </w:p>
    <w:p>
      <w:pPr>
        <w:pStyle w:val="Heading1"/>
      </w:pPr>
      <w:r>
        <w:t>Resource Impact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Quality Impact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Risk Impact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Proposed Action and Alternatives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Decision</w:t>
      </w:r>
    </w:p>
    <w:p>
      <w:r>
        <w:t>[ ] Approved    [ ] Rejected    [ ] Deferred    [ ] More information required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Approver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Decision Date  </w:t>
            </w:r>
            <w:r>
              <w:t>________________________</w:t>
            </w:r>
          </w:p>
        </w:tc>
      </w:tr>
    </w:tbl>
    <w:p>
      <w:pPr>
        <w:pStyle w:val="Heading1"/>
      </w:pPr>
      <w:r>
        <w:t>Decision Comments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r>
        <w:t>This general project form does not replace contract, legal, or regulatory review.</w:t>
      </w:r>
    </w:p>
    <w:sectPr w:rsidR="00FC693F" w:rsidRPr="0006063C" w:rsidSect="00034616">
      <w:pgSz w:w="12240" w:h="15840"/>
      <w:pgMar w:top="893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Change Request Form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