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Requirements Document</w:t>
      </w:r>
    </w:p>
    <w:p>
      <w:r>
        <w:t>Define the business problem, desired outcomes, and verifiable needs before translating them into work or a rollout plan.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Document title: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Project: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Status: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Date: </w:t>
            </w:r>
            <w:r>
              <w:t>________________________</w:t>
            </w:r>
          </w:p>
        </w:tc>
      </w:tr>
    </w:tbl>
    <w:p>
      <w:pPr>
        <w:pStyle w:val="Heading1"/>
      </w:pPr>
      <w:r>
        <w:t>Executive summary and business problem</w:t>
      </w:r>
    </w:p>
    <w:p>
      <w:r>
        <w:t>Describe the current problem or opportunity and the decision this document supports.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Objectives and success criteria</w:t>
      </w:r>
    </w:p>
    <w:p>
      <w:r>
        <w:t>State outcomes and how the business will recognize success.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Stakeholders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/>
        </w:trPr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Stakeholder / role</w:t>
            </w:r>
          </w:p>
        </w:tc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Interest or responsibility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Current state</w:t>
      </w:r>
    </w:p>
    <w:p>
      <w:r>
        <w:t>Describe how the relevant process works today.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Future state</w:t>
      </w:r>
    </w:p>
    <w:p>
      <w:r>
        <w:t>Describe the needed capability or business process after change.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Business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ID / priority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Requirement and rationale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Source / 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Acceptance measure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Assumptions, constraints, and dependencies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Type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Impact / owner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High-level risks</w:t>
      </w:r>
    </w:p>
    <w:p>
      <w:r>
        <w:t>Record only risks relevant to interpreting or delivering the requirements.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Approvals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Prepared by /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Reviewed by /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Approved by / date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Requirements Document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