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2300"/>
        <w:jc w:val="center"/>
      </w:pPr>
      <w:r>
        <w:t>My Recipe Book</w:t>
      </w:r>
    </w:p>
    <w:p>
      <w:pPr>
        <w:spacing w:before="320"/>
        <w:jc w:val="center"/>
      </w:pPr>
      <w:r>
        <w:rPr>
          <w:color w:val="43584B"/>
          <w:sz w:val="28"/>
        </w:rPr>
        <w:t>A practical template for recipes and family food memories</w:t>
      </w:r>
    </w:p>
    <w:p>
      <w:r>
        <w:br/>
        <w:br/>
        <w:t>Book title  __________________________________________</w:t>
      </w:r>
    </w:p>
    <w:p>
      <w:r>
        <w:t>Created by  __________________________________________</w:t>
      </w:r>
    </w:p>
    <w:p>
      <w:r>
        <w:br w:type="page"/>
      </w:r>
    </w:p>
    <w:p>
      <w:pPr>
        <w:pStyle w:val="Heading1"/>
        <w:spacing w:before="120" w:after="200"/>
      </w:pPr>
      <w:r>
        <w:t>How to use this template</w:t>
      </w:r>
    </w:p>
    <w:p>
      <w:r>
        <w:t>Use these editable pages for recipes you created, family recipes, or recipes you have permission to reproduce. Duplicate recipe and divider pages as needed, replace the fictional example, and update the contents and index after arranging the book.</w:t>
      </w:r>
    </w:p>
    <w:p>
      <w:pPr>
        <w:spacing w:after="100"/>
      </w:pPr>
      <w:r>
        <w:rPr>
          <w:b/>
        </w:rPr>
        <w:t>Book title</w:t>
      </w:r>
    </w:p>
    <w:p>
      <w:r>
        <w:t>__________________________________________________________________________________</w:t>
      </w:r>
    </w:p>
    <w:p>
      <w:pPr>
        <w:spacing w:after="100"/>
      </w:pPr>
      <w:r>
        <w:rPr>
          <w:b/>
        </w:rPr>
        <w:t>Created by</w:t>
      </w:r>
    </w:p>
    <w:p>
      <w:r>
        <w:t>__________________________________________________________________________________</w:t>
      </w:r>
    </w:p>
    <w:p>
      <w:pPr>
        <w:spacing w:after="100"/>
      </w:pPr>
      <w:r>
        <w:rPr>
          <w:b/>
        </w:rPr>
        <w:t>Purpose or dedication</w:t>
      </w:r>
    </w:p>
    <w:p>
      <w:r>
        <w:t>__________________________________________________________________________________</w:t>
      </w:r>
    </w:p>
    <w:p>
      <w:r>
        <w:t>__________________________________________________________________________________</w:t>
      </w:r>
    </w:p>
    <w:p>
      <w:pPr>
        <w:pStyle w:val="Heading2"/>
        <w:spacing w:before="120" w:after="200"/>
      </w:pPr>
      <w:r>
        <w:t>Suggested categories</w:t>
      </w:r>
    </w:p>
    <w:p>
      <w:r>
        <w:t>Breakfast   Lunch   Dinner   Sides   Desserts   Drinks   Family Favorites</w:t>
      </w:r>
    </w:p>
    <w:p>
      <w:r>
        <w:t>These are editable examples. Rename, reorder, or remove categories to match your collection.</w:t>
      </w:r>
    </w:p>
    <w:p>
      <w:r>
        <w:br w:type="page"/>
      </w:r>
    </w:p>
    <w:p>
      <w:pPr>
        <w:pStyle w:val="Heading1"/>
        <w:spacing w:before="120" w:after="200"/>
      </w:pPr>
      <w:r>
        <w:t>Table of contents</w:t>
      </w:r>
    </w:p>
    <w:tbl>
      <w:tblPr>
        <w:tblW w:type="auto" w:w="0"/>
        <w:tblLayout w:type="fixed"/>
        <w:tblLook w:firstColumn="1" w:firstRow="1" w:lastColumn="0" w:lastRow="0" w:noHBand="0" w:noVBand="1" w:val="04A0"/>
      </w:tblPr>
      <w:tblGrid>
        <w:gridCol w:w="3336"/>
        <w:gridCol w:w="3336"/>
        <w:gridCol w:w="3336"/>
      </w:tblGrid>
      <w:tr>
        <w:trPr>
          <w:tblHeader w:val="true"/>
        </w:trPr>
        <w:tc>
          <w:tcPr>
            <w:tcW w:type="dxa" w:w="1008"/>
            <w:shd w:fill="203744"/>
            <w:tcMar>
              <w:top w:w="100" w:type="dxa"/>
              <w:start w:w="120" w:type="dxa"/>
              <w:bottom w:w="100" w:type="dxa"/>
              <w:end w:w="120" w:type="dxa"/>
            </w:tcMar>
          </w:tcPr>
          <w:p>
            <w:r>
              <w:rPr>
                <w:b/>
                <w:color w:val="FFFFFF"/>
              </w:rPr>
              <w:t>No.</w:t>
            </w:r>
          </w:p>
        </w:tc>
        <w:tc>
          <w:tcPr>
            <w:tcW w:type="dxa" w:w="6912"/>
            <w:shd w:fill="203744"/>
            <w:tcMar>
              <w:top w:w="100" w:type="dxa"/>
              <w:start w:w="120" w:type="dxa"/>
              <w:bottom w:w="100" w:type="dxa"/>
              <w:end w:w="120" w:type="dxa"/>
            </w:tcMar>
          </w:tcPr>
          <w:p>
            <w:r>
              <w:rPr>
                <w:b/>
                <w:color w:val="FFFFFF"/>
              </w:rPr>
              <w:t>Recipe or section</w:t>
            </w:r>
          </w:p>
        </w:tc>
        <w:tc>
          <w:tcPr>
            <w:tcW w:type="dxa" w:w="1440"/>
            <w:shd w:fill="203744"/>
            <w:tcMar>
              <w:top w:w="100" w:type="dxa"/>
              <w:start w:w="120" w:type="dxa"/>
              <w:bottom w:w="100" w:type="dxa"/>
              <w:end w:w="120" w:type="dxa"/>
            </w:tcMar>
          </w:tcPr>
          <w:p>
            <w:r>
              <w:rPr>
                <w:b/>
                <w:color w:val="FFFFFF"/>
              </w:rPr>
              <w:t>Page</w:t>
            </w:r>
          </w:p>
        </w:tc>
      </w:tr>
      <w:tr>
        <w:tc>
          <w:tcPr>
            <w:tcW w:type="dxa" w:w="3336"/>
            <w:vAlign w:val="center"/>
            <w:tcMar>
              <w:top w:w="150" w:type="dxa"/>
              <w:start w:w="120" w:type="dxa"/>
              <w:bottom w:w="150" w:type="dxa"/>
              <w:end w:w="120" w:type="dxa"/>
            </w:tcMar>
          </w:tcPr>
          <w:p>
            <w:r>
              <w:t>1</w:t>
            </w:r>
          </w:p>
        </w:tc>
        <w:tc>
          <w:tcPr>
            <w:tcW w:type="dxa" w:w="3336"/>
            <w:vAlign w:val="center"/>
            <w:tcMar>
              <w:top w:w="150" w:type="dxa"/>
              <w:start w:w="120" w:type="dxa"/>
              <w:bottom w:w="150" w:type="dxa"/>
              <w:end w:w="120" w:type="dxa"/>
            </w:tcMar>
          </w:tcPr>
          <w:p>
            <w:r/>
          </w:p>
        </w:tc>
        <w:tc>
          <w:tcPr>
            <w:tcW w:type="dxa" w:w="3336"/>
            <w:vAlign w:val="center"/>
            <w:tcMar>
              <w:top w:w="150" w:type="dxa"/>
              <w:start w:w="120" w:type="dxa"/>
              <w:bottom w:w="150" w:type="dxa"/>
              <w:end w:w="120" w:type="dxa"/>
            </w:tcMar>
          </w:tcPr>
          <w:p>
            <w:r/>
          </w:p>
        </w:tc>
      </w:tr>
      <w:tr>
        <w:tc>
          <w:tcPr>
            <w:tcW w:type="dxa" w:w="3336"/>
            <w:vAlign w:val="center"/>
            <w:tcMar>
              <w:top w:w="150" w:type="dxa"/>
              <w:start w:w="120" w:type="dxa"/>
              <w:bottom w:w="150" w:type="dxa"/>
              <w:end w:w="120" w:type="dxa"/>
            </w:tcMar>
          </w:tcPr>
          <w:p>
            <w:r>
              <w:t>2</w:t>
            </w:r>
          </w:p>
        </w:tc>
        <w:tc>
          <w:tcPr>
            <w:tcW w:type="dxa" w:w="3336"/>
            <w:vAlign w:val="center"/>
            <w:tcMar>
              <w:top w:w="150" w:type="dxa"/>
              <w:start w:w="120" w:type="dxa"/>
              <w:bottom w:w="150" w:type="dxa"/>
              <w:end w:w="120" w:type="dxa"/>
            </w:tcMar>
          </w:tcPr>
          <w:p>
            <w:r/>
          </w:p>
        </w:tc>
        <w:tc>
          <w:tcPr>
            <w:tcW w:type="dxa" w:w="3336"/>
            <w:vAlign w:val="center"/>
            <w:tcMar>
              <w:top w:w="150" w:type="dxa"/>
              <w:start w:w="120" w:type="dxa"/>
              <w:bottom w:w="150" w:type="dxa"/>
              <w:end w:w="120" w:type="dxa"/>
            </w:tcMar>
          </w:tcPr>
          <w:p>
            <w:r/>
          </w:p>
        </w:tc>
      </w:tr>
      <w:tr>
        <w:tc>
          <w:tcPr>
            <w:tcW w:type="dxa" w:w="3336"/>
            <w:vAlign w:val="center"/>
            <w:tcMar>
              <w:top w:w="150" w:type="dxa"/>
              <w:start w:w="120" w:type="dxa"/>
              <w:bottom w:w="150" w:type="dxa"/>
              <w:end w:w="120" w:type="dxa"/>
            </w:tcMar>
          </w:tcPr>
          <w:p>
            <w:r>
              <w:t>3</w:t>
            </w:r>
          </w:p>
        </w:tc>
        <w:tc>
          <w:tcPr>
            <w:tcW w:type="dxa" w:w="3336"/>
            <w:vAlign w:val="center"/>
            <w:tcMar>
              <w:top w:w="150" w:type="dxa"/>
              <w:start w:w="120" w:type="dxa"/>
              <w:bottom w:w="150" w:type="dxa"/>
              <w:end w:w="120" w:type="dxa"/>
            </w:tcMar>
          </w:tcPr>
          <w:p>
            <w:r/>
          </w:p>
        </w:tc>
        <w:tc>
          <w:tcPr>
            <w:tcW w:type="dxa" w:w="3336"/>
            <w:vAlign w:val="center"/>
            <w:tcMar>
              <w:top w:w="150" w:type="dxa"/>
              <w:start w:w="120" w:type="dxa"/>
              <w:bottom w:w="150" w:type="dxa"/>
              <w:end w:w="120" w:type="dxa"/>
            </w:tcMar>
          </w:tcPr>
          <w:p>
            <w:r/>
          </w:p>
        </w:tc>
      </w:tr>
      <w:tr>
        <w:tc>
          <w:tcPr>
            <w:tcW w:type="dxa" w:w="3336"/>
            <w:vAlign w:val="center"/>
            <w:tcMar>
              <w:top w:w="150" w:type="dxa"/>
              <w:start w:w="120" w:type="dxa"/>
              <w:bottom w:w="150" w:type="dxa"/>
              <w:end w:w="120" w:type="dxa"/>
            </w:tcMar>
          </w:tcPr>
          <w:p>
            <w:r>
              <w:t>4</w:t>
            </w:r>
          </w:p>
        </w:tc>
        <w:tc>
          <w:tcPr>
            <w:tcW w:type="dxa" w:w="3336"/>
            <w:vAlign w:val="center"/>
            <w:tcMar>
              <w:top w:w="150" w:type="dxa"/>
              <w:start w:w="120" w:type="dxa"/>
              <w:bottom w:w="150" w:type="dxa"/>
              <w:end w:w="120" w:type="dxa"/>
            </w:tcMar>
          </w:tcPr>
          <w:p>
            <w:r/>
          </w:p>
        </w:tc>
        <w:tc>
          <w:tcPr>
            <w:tcW w:type="dxa" w:w="3336"/>
            <w:vAlign w:val="center"/>
            <w:tcMar>
              <w:top w:w="150" w:type="dxa"/>
              <w:start w:w="120" w:type="dxa"/>
              <w:bottom w:w="150" w:type="dxa"/>
              <w:end w:w="120" w:type="dxa"/>
            </w:tcMar>
          </w:tcPr>
          <w:p>
            <w:r/>
          </w:p>
        </w:tc>
      </w:tr>
      <w:tr>
        <w:tc>
          <w:tcPr>
            <w:tcW w:type="dxa" w:w="3336"/>
            <w:vAlign w:val="center"/>
            <w:tcMar>
              <w:top w:w="150" w:type="dxa"/>
              <w:start w:w="120" w:type="dxa"/>
              <w:bottom w:w="150" w:type="dxa"/>
              <w:end w:w="120" w:type="dxa"/>
            </w:tcMar>
          </w:tcPr>
          <w:p>
            <w:r>
              <w:t>5</w:t>
            </w:r>
          </w:p>
        </w:tc>
        <w:tc>
          <w:tcPr>
            <w:tcW w:type="dxa" w:w="3336"/>
            <w:vAlign w:val="center"/>
            <w:tcMar>
              <w:top w:w="150" w:type="dxa"/>
              <w:start w:w="120" w:type="dxa"/>
              <w:bottom w:w="150" w:type="dxa"/>
              <w:end w:w="120" w:type="dxa"/>
            </w:tcMar>
          </w:tcPr>
          <w:p>
            <w:r/>
          </w:p>
        </w:tc>
        <w:tc>
          <w:tcPr>
            <w:tcW w:type="dxa" w:w="3336"/>
            <w:vAlign w:val="center"/>
            <w:tcMar>
              <w:top w:w="150" w:type="dxa"/>
              <w:start w:w="120" w:type="dxa"/>
              <w:bottom w:w="150" w:type="dxa"/>
              <w:end w:w="120" w:type="dxa"/>
            </w:tcMar>
          </w:tcPr>
          <w:p>
            <w:r/>
          </w:p>
        </w:tc>
      </w:tr>
      <w:tr>
        <w:tc>
          <w:tcPr>
            <w:tcW w:type="dxa" w:w="3336"/>
            <w:vAlign w:val="center"/>
            <w:tcMar>
              <w:top w:w="150" w:type="dxa"/>
              <w:start w:w="120" w:type="dxa"/>
              <w:bottom w:w="150" w:type="dxa"/>
              <w:end w:w="120" w:type="dxa"/>
            </w:tcMar>
          </w:tcPr>
          <w:p>
            <w:r>
              <w:t>6</w:t>
            </w:r>
          </w:p>
        </w:tc>
        <w:tc>
          <w:tcPr>
            <w:tcW w:type="dxa" w:w="3336"/>
            <w:vAlign w:val="center"/>
            <w:tcMar>
              <w:top w:w="150" w:type="dxa"/>
              <w:start w:w="120" w:type="dxa"/>
              <w:bottom w:w="150" w:type="dxa"/>
              <w:end w:w="120" w:type="dxa"/>
            </w:tcMar>
          </w:tcPr>
          <w:p>
            <w:r/>
          </w:p>
        </w:tc>
        <w:tc>
          <w:tcPr>
            <w:tcW w:type="dxa" w:w="3336"/>
            <w:vAlign w:val="center"/>
            <w:tcMar>
              <w:top w:w="150" w:type="dxa"/>
              <w:start w:w="120" w:type="dxa"/>
              <w:bottom w:w="150" w:type="dxa"/>
              <w:end w:w="120" w:type="dxa"/>
            </w:tcMar>
          </w:tcPr>
          <w:p>
            <w:r/>
          </w:p>
        </w:tc>
      </w:tr>
      <w:tr>
        <w:tc>
          <w:tcPr>
            <w:tcW w:type="dxa" w:w="3336"/>
            <w:vAlign w:val="center"/>
            <w:tcMar>
              <w:top w:w="150" w:type="dxa"/>
              <w:start w:w="120" w:type="dxa"/>
              <w:bottom w:w="150" w:type="dxa"/>
              <w:end w:w="120" w:type="dxa"/>
            </w:tcMar>
          </w:tcPr>
          <w:p>
            <w:r>
              <w:t>7</w:t>
            </w:r>
          </w:p>
        </w:tc>
        <w:tc>
          <w:tcPr>
            <w:tcW w:type="dxa" w:w="3336"/>
            <w:vAlign w:val="center"/>
            <w:tcMar>
              <w:top w:w="150" w:type="dxa"/>
              <w:start w:w="120" w:type="dxa"/>
              <w:bottom w:w="150" w:type="dxa"/>
              <w:end w:w="120" w:type="dxa"/>
            </w:tcMar>
          </w:tcPr>
          <w:p>
            <w:r/>
          </w:p>
        </w:tc>
        <w:tc>
          <w:tcPr>
            <w:tcW w:type="dxa" w:w="3336"/>
            <w:vAlign w:val="center"/>
            <w:tcMar>
              <w:top w:w="150" w:type="dxa"/>
              <w:start w:w="120" w:type="dxa"/>
              <w:bottom w:w="150" w:type="dxa"/>
              <w:end w:w="120" w:type="dxa"/>
            </w:tcMar>
          </w:tcPr>
          <w:p>
            <w:r/>
          </w:p>
        </w:tc>
      </w:tr>
      <w:tr>
        <w:tc>
          <w:tcPr>
            <w:tcW w:type="dxa" w:w="3336"/>
            <w:vAlign w:val="center"/>
            <w:tcMar>
              <w:top w:w="150" w:type="dxa"/>
              <w:start w:w="120" w:type="dxa"/>
              <w:bottom w:w="150" w:type="dxa"/>
              <w:end w:w="120" w:type="dxa"/>
            </w:tcMar>
          </w:tcPr>
          <w:p>
            <w:r>
              <w:t>8</w:t>
            </w:r>
          </w:p>
        </w:tc>
        <w:tc>
          <w:tcPr>
            <w:tcW w:type="dxa" w:w="3336"/>
            <w:vAlign w:val="center"/>
            <w:tcMar>
              <w:top w:w="150" w:type="dxa"/>
              <w:start w:w="120" w:type="dxa"/>
              <w:bottom w:w="150" w:type="dxa"/>
              <w:end w:w="120" w:type="dxa"/>
            </w:tcMar>
          </w:tcPr>
          <w:p>
            <w:r/>
          </w:p>
        </w:tc>
        <w:tc>
          <w:tcPr>
            <w:tcW w:type="dxa" w:w="3336"/>
            <w:vAlign w:val="center"/>
            <w:tcMar>
              <w:top w:w="150" w:type="dxa"/>
              <w:start w:w="120" w:type="dxa"/>
              <w:bottom w:w="150" w:type="dxa"/>
              <w:end w:w="120" w:type="dxa"/>
            </w:tcMar>
          </w:tcPr>
          <w:p>
            <w:r/>
          </w:p>
        </w:tc>
      </w:tr>
      <w:tr>
        <w:tc>
          <w:tcPr>
            <w:tcW w:type="dxa" w:w="3336"/>
            <w:vAlign w:val="center"/>
            <w:tcMar>
              <w:top w:w="150" w:type="dxa"/>
              <w:start w:w="120" w:type="dxa"/>
              <w:bottom w:w="150" w:type="dxa"/>
              <w:end w:w="120" w:type="dxa"/>
            </w:tcMar>
          </w:tcPr>
          <w:p>
            <w:r>
              <w:t>9</w:t>
            </w:r>
          </w:p>
        </w:tc>
        <w:tc>
          <w:tcPr>
            <w:tcW w:type="dxa" w:w="3336"/>
            <w:vAlign w:val="center"/>
            <w:tcMar>
              <w:top w:w="150" w:type="dxa"/>
              <w:start w:w="120" w:type="dxa"/>
              <w:bottom w:w="150" w:type="dxa"/>
              <w:end w:w="120" w:type="dxa"/>
            </w:tcMar>
          </w:tcPr>
          <w:p>
            <w:r/>
          </w:p>
        </w:tc>
        <w:tc>
          <w:tcPr>
            <w:tcW w:type="dxa" w:w="3336"/>
            <w:vAlign w:val="center"/>
            <w:tcMar>
              <w:top w:w="150" w:type="dxa"/>
              <w:start w:w="120" w:type="dxa"/>
              <w:bottom w:w="150" w:type="dxa"/>
              <w:end w:w="120" w:type="dxa"/>
            </w:tcMar>
          </w:tcPr>
          <w:p>
            <w:r/>
          </w:p>
        </w:tc>
      </w:tr>
      <w:tr>
        <w:tc>
          <w:tcPr>
            <w:tcW w:type="dxa" w:w="3336"/>
            <w:vAlign w:val="center"/>
            <w:tcMar>
              <w:top w:w="150" w:type="dxa"/>
              <w:start w:w="120" w:type="dxa"/>
              <w:bottom w:w="150" w:type="dxa"/>
              <w:end w:w="120" w:type="dxa"/>
            </w:tcMar>
          </w:tcPr>
          <w:p>
            <w:r>
              <w:t>10</w:t>
            </w:r>
          </w:p>
        </w:tc>
        <w:tc>
          <w:tcPr>
            <w:tcW w:type="dxa" w:w="3336"/>
            <w:vAlign w:val="center"/>
            <w:tcMar>
              <w:top w:w="150" w:type="dxa"/>
              <w:start w:w="120" w:type="dxa"/>
              <w:bottom w:w="150" w:type="dxa"/>
              <w:end w:w="120" w:type="dxa"/>
            </w:tcMar>
          </w:tcPr>
          <w:p>
            <w:r/>
          </w:p>
        </w:tc>
        <w:tc>
          <w:tcPr>
            <w:tcW w:type="dxa" w:w="3336"/>
            <w:vAlign w:val="center"/>
            <w:tcMar>
              <w:top w:w="150" w:type="dxa"/>
              <w:start w:w="120" w:type="dxa"/>
              <w:bottom w:w="150" w:type="dxa"/>
              <w:end w:w="120" w:type="dxa"/>
            </w:tcMar>
          </w:tcPr>
          <w:p>
            <w:r/>
          </w:p>
        </w:tc>
      </w:tr>
      <w:tr>
        <w:tc>
          <w:tcPr>
            <w:tcW w:type="dxa" w:w="3336"/>
            <w:vAlign w:val="center"/>
            <w:tcMar>
              <w:top w:w="150" w:type="dxa"/>
              <w:start w:w="120" w:type="dxa"/>
              <w:bottom w:w="150" w:type="dxa"/>
              <w:end w:w="120" w:type="dxa"/>
            </w:tcMar>
          </w:tcPr>
          <w:p>
            <w:r>
              <w:t>11</w:t>
            </w:r>
          </w:p>
        </w:tc>
        <w:tc>
          <w:tcPr>
            <w:tcW w:type="dxa" w:w="3336"/>
            <w:vAlign w:val="center"/>
            <w:tcMar>
              <w:top w:w="150" w:type="dxa"/>
              <w:start w:w="120" w:type="dxa"/>
              <w:bottom w:w="150" w:type="dxa"/>
              <w:end w:w="120" w:type="dxa"/>
            </w:tcMar>
          </w:tcPr>
          <w:p>
            <w:r/>
          </w:p>
        </w:tc>
        <w:tc>
          <w:tcPr>
            <w:tcW w:type="dxa" w:w="3336"/>
            <w:vAlign w:val="center"/>
            <w:tcMar>
              <w:top w:w="150" w:type="dxa"/>
              <w:start w:w="120" w:type="dxa"/>
              <w:bottom w:w="150" w:type="dxa"/>
              <w:end w:w="120" w:type="dxa"/>
            </w:tcMar>
          </w:tcPr>
          <w:p>
            <w:r/>
          </w:p>
        </w:tc>
      </w:tr>
      <w:tr>
        <w:tc>
          <w:tcPr>
            <w:tcW w:type="dxa" w:w="3336"/>
            <w:vAlign w:val="center"/>
            <w:tcMar>
              <w:top w:w="150" w:type="dxa"/>
              <w:start w:w="120" w:type="dxa"/>
              <w:bottom w:w="150" w:type="dxa"/>
              <w:end w:w="120" w:type="dxa"/>
            </w:tcMar>
          </w:tcPr>
          <w:p>
            <w:r>
              <w:t>12</w:t>
            </w:r>
          </w:p>
        </w:tc>
        <w:tc>
          <w:tcPr>
            <w:tcW w:type="dxa" w:w="3336"/>
            <w:vAlign w:val="center"/>
            <w:tcMar>
              <w:top w:w="150" w:type="dxa"/>
              <w:start w:w="120" w:type="dxa"/>
              <w:bottom w:w="150" w:type="dxa"/>
              <w:end w:w="120" w:type="dxa"/>
            </w:tcMar>
          </w:tcPr>
          <w:p>
            <w:r/>
          </w:p>
        </w:tc>
        <w:tc>
          <w:tcPr>
            <w:tcW w:type="dxa" w:w="3336"/>
            <w:vAlign w:val="center"/>
            <w:tcMar>
              <w:top w:w="150" w:type="dxa"/>
              <w:start w:w="120" w:type="dxa"/>
              <w:bottom w:w="150" w:type="dxa"/>
              <w:end w:w="120" w:type="dxa"/>
            </w:tcMar>
          </w:tcPr>
          <w:p>
            <w:r/>
          </w:p>
        </w:tc>
      </w:tr>
      <w:tr>
        <w:tc>
          <w:tcPr>
            <w:tcW w:type="dxa" w:w="3336"/>
            <w:vAlign w:val="center"/>
            <w:tcMar>
              <w:top w:w="150" w:type="dxa"/>
              <w:start w:w="120" w:type="dxa"/>
              <w:bottom w:w="150" w:type="dxa"/>
              <w:end w:w="120" w:type="dxa"/>
            </w:tcMar>
          </w:tcPr>
          <w:p>
            <w:r>
              <w:t>13</w:t>
            </w:r>
          </w:p>
        </w:tc>
        <w:tc>
          <w:tcPr>
            <w:tcW w:type="dxa" w:w="3336"/>
            <w:vAlign w:val="center"/>
            <w:tcMar>
              <w:top w:w="150" w:type="dxa"/>
              <w:start w:w="120" w:type="dxa"/>
              <w:bottom w:w="150" w:type="dxa"/>
              <w:end w:w="120" w:type="dxa"/>
            </w:tcMar>
          </w:tcPr>
          <w:p>
            <w:r/>
          </w:p>
        </w:tc>
        <w:tc>
          <w:tcPr>
            <w:tcW w:type="dxa" w:w="3336"/>
            <w:vAlign w:val="center"/>
            <w:tcMar>
              <w:top w:w="150" w:type="dxa"/>
              <w:start w:w="120" w:type="dxa"/>
              <w:bottom w:w="150" w:type="dxa"/>
              <w:end w:w="120" w:type="dxa"/>
            </w:tcMar>
          </w:tcPr>
          <w:p>
            <w:r/>
          </w:p>
        </w:tc>
      </w:tr>
      <w:tr>
        <w:tc>
          <w:tcPr>
            <w:tcW w:type="dxa" w:w="3336"/>
            <w:vAlign w:val="center"/>
            <w:tcMar>
              <w:top w:w="150" w:type="dxa"/>
              <w:start w:w="120" w:type="dxa"/>
              <w:bottom w:w="150" w:type="dxa"/>
              <w:end w:w="120" w:type="dxa"/>
            </w:tcMar>
          </w:tcPr>
          <w:p>
            <w:r>
              <w:t>14</w:t>
            </w:r>
          </w:p>
        </w:tc>
        <w:tc>
          <w:tcPr>
            <w:tcW w:type="dxa" w:w="3336"/>
            <w:vAlign w:val="center"/>
            <w:tcMar>
              <w:top w:w="150" w:type="dxa"/>
              <w:start w:w="120" w:type="dxa"/>
              <w:bottom w:w="150" w:type="dxa"/>
              <w:end w:w="120" w:type="dxa"/>
            </w:tcMar>
          </w:tcPr>
          <w:p>
            <w:r/>
          </w:p>
        </w:tc>
        <w:tc>
          <w:tcPr>
            <w:tcW w:type="dxa" w:w="3336"/>
            <w:vAlign w:val="center"/>
            <w:tcMar>
              <w:top w:w="150" w:type="dxa"/>
              <w:start w:w="120" w:type="dxa"/>
              <w:bottom w:w="150" w:type="dxa"/>
              <w:end w:w="120" w:type="dxa"/>
            </w:tcMar>
          </w:tcPr>
          <w:p>
            <w:r/>
          </w:p>
        </w:tc>
      </w:tr>
    </w:tbl>
    <w:p>
      <w:r>
        <w:br w:type="page"/>
      </w:r>
    </w:p>
    <w:p>
      <w:pPr>
        <w:pStyle w:val="Title"/>
        <w:spacing w:before="2500"/>
        <w:jc w:val="center"/>
      </w:pPr>
      <w:r>
        <w:t>Category</w:t>
      </w:r>
    </w:p>
    <w:p>
      <w:pPr>
        <w:jc w:val="center"/>
      </w:pPr>
      <w:r>
        <w:rPr>
          <w:sz w:val="26"/>
        </w:rPr>
        <w:t>Replace with Breakfast, Dinner, Desserts, or another section</w:t>
      </w:r>
    </w:p>
    <w:p>
      <w:r>
        <w:br w:type="page"/>
      </w:r>
    </w:p>
    <w:p>
      <w:pPr>
        <w:pStyle w:val="Heading1"/>
        <w:spacing w:before="120" w:after="200"/>
      </w:pPr>
      <w:r>
        <w:t>Recipe title</w:t>
      </w:r>
    </w:p>
    <w:tbl>
      <w:tblPr>
        <w:tblW w:type="auto" w:w="0"/>
        <w:tblLook w:firstColumn="1" w:firstRow="1" w:lastColumn="0" w:lastRow="0" w:noHBand="0" w:noVBand="1" w:val="04A0"/>
      </w:tblPr>
      <w:tblGrid>
        <w:gridCol w:w="2502"/>
        <w:gridCol w:w="2502"/>
        <w:gridCol w:w="2502"/>
        <w:gridCol w:w="2502"/>
      </w:tblGrid>
      <w:tr>
        <w:trPr>
          <w:tblHeader w:val="true"/>
        </w:trPr>
        <w:tc>
          <w:tcPr>
            <w:tcW w:type="dxa" w:w="2502"/>
            <w:shd w:fill="EEF4EF"/>
            <w:tcMar>
              <w:top w:w="100" w:type="dxa"/>
              <w:start w:w="120" w:type="dxa"/>
              <w:bottom w:w="100" w:type="dxa"/>
              <w:end w:w="120" w:type="dxa"/>
            </w:tcMar>
          </w:tcPr>
          <w:p>
            <w:r>
              <w:t>Category</w:t>
            </w:r>
          </w:p>
        </w:tc>
        <w:tc>
          <w:tcPr>
            <w:tcW w:type="dxa" w:w="2502"/>
            <w:shd w:fill="EEF4EF"/>
            <w:tcMar>
              <w:top w:w="100" w:type="dxa"/>
              <w:start w:w="120" w:type="dxa"/>
              <w:bottom w:w="100" w:type="dxa"/>
              <w:end w:w="120" w:type="dxa"/>
            </w:tcMar>
          </w:tcPr>
          <w:p>
            <w:r>
              <w:t>Servings</w:t>
            </w:r>
          </w:p>
        </w:tc>
        <w:tc>
          <w:tcPr>
            <w:tcW w:type="dxa" w:w="2502"/>
            <w:shd w:fill="EEF4EF"/>
            <w:tcMar>
              <w:top w:w="100" w:type="dxa"/>
              <w:start w:w="120" w:type="dxa"/>
              <w:bottom w:w="100" w:type="dxa"/>
              <w:end w:w="120" w:type="dxa"/>
            </w:tcMar>
          </w:tcPr>
          <w:p>
            <w:r>
              <w:t>Prep time</w:t>
            </w:r>
          </w:p>
        </w:tc>
        <w:tc>
          <w:tcPr>
            <w:tcW w:type="dxa" w:w="2502"/>
            <w:shd w:fill="EEF4EF"/>
            <w:tcMar>
              <w:top w:w="100" w:type="dxa"/>
              <w:start w:w="120" w:type="dxa"/>
              <w:bottom w:w="100" w:type="dxa"/>
              <w:end w:w="120" w:type="dxa"/>
            </w:tcMar>
          </w:tcPr>
          <w:p>
            <w:r>
              <w:t>Cook time</w:t>
            </w:r>
          </w:p>
        </w:tc>
      </w:tr>
      <w:tr>
        <w:tc>
          <w:tcPr>
            <w:tcW w:type="dxa" w:w="2502"/>
            <w:tcMar>
              <w:top w:w="220" w:type="dxa"/>
              <w:start w:w="120" w:type="dxa"/>
              <w:bottom w:w="220" w:type="dxa"/>
              <w:end w:w="120" w:type="dxa"/>
            </w:tcMar>
          </w:tcPr>
          <w:p>
            <w:r>
              <w:t xml:space="preserve"> </w:t>
            </w:r>
          </w:p>
        </w:tc>
        <w:tc>
          <w:tcPr>
            <w:tcW w:type="dxa" w:w="2502"/>
            <w:tcMar>
              <w:top w:w="220" w:type="dxa"/>
              <w:start w:w="120" w:type="dxa"/>
              <w:bottom w:w="220" w:type="dxa"/>
              <w:end w:w="120" w:type="dxa"/>
            </w:tcMar>
          </w:tcPr>
          <w:p>
            <w:r>
              <w:t xml:space="preserve"> </w:t>
            </w:r>
          </w:p>
        </w:tc>
        <w:tc>
          <w:tcPr>
            <w:tcW w:type="dxa" w:w="2502"/>
            <w:tcMar>
              <w:top w:w="220" w:type="dxa"/>
              <w:start w:w="120" w:type="dxa"/>
              <w:bottom w:w="220" w:type="dxa"/>
              <w:end w:w="120" w:type="dxa"/>
            </w:tcMar>
          </w:tcPr>
          <w:p>
            <w:r>
              <w:t xml:space="preserve"> </w:t>
            </w:r>
          </w:p>
        </w:tc>
        <w:tc>
          <w:tcPr>
            <w:tcW w:type="dxa" w:w="2502"/>
            <w:tcMar>
              <w:top w:w="220" w:type="dxa"/>
              <w:start w:w="120" w:type="dxa"/>
              <w:bottom w:w="220" w:type="dxa"/>
              <w:end w:w="120" w:type="dxa"/>
            </w:tcMar>
          </w:tcPr>
          <w:p>
            <w:r>
              <w:t xml:space="preserve"> </w:t>
            </w:r>
          </w:p>
        </w:tc>
      </w:tr>
    </w:tbl>
    <w:p>
      <w:pPr>
        <w:pStyle w:val="Heading2"/>
        <w:spacing w:before="120" w:after="200"/>
      </w:pPr>
      <w:r>
        <w:t>Ingredients</w:t>
      </w:r>
    </w:p>
    <w:p>
      <w:r>
        <w:t>□  ______________________________________________________________</w:t>
      </w:r>
    </w:p>
    <w:p>
      <w:r>
        <w:t>□  ______________________________________________________________</w:t>
      </w:r>
    </w:p>
    <w:p>
      <w:r>
        <w:t>□  ______________________________________________________________</w:t>
      </w:r>
    </w:p>
    <w:p>
      <w:r>
        <w:t>□  ______________________________________________________________</w:t>
      </w:r>
    </w:p>
    <w:p>
      <w:r>
        <w:t>□  ______________________________________________________________</w:t>
      </w:r>
    </w:p>
    <w:p>
      <w:r>
        <w:t>□  ______________________________________________________________</w:t>
      </w:r>
    </w:p>
    <w:p>
      <w:r>
        <w:t>□  ______________________________________________________________</w:t>
      </w:r>
    </w:p>
    <w:p>
      <w:r>
        <w:t>□  ______________________________________________________________</w:t>
      </w:r>
    </w:p>
    <w:p>
      <w:r>
        <w:t>□  ______________________________________________________________</w:t>
      </w:r>
    </w:p>
    <w:p>
      <w:r>
        <w:t>□  ______________________________________________________________</w:t>
      </w:r>
    </w:p>
    <w:p>
      <w:pPr>
        <w:pStyle w:val="Heading2"/>
        <w:spacing w:before="120" w:after="200"/>
      </w:pPr>
      <w:r>
        <w:t>Instructions</w:t>
      </w:r>
    </w:p>
    <w:p>
      <w:r>
        <w:t>1.  _____________________________________________________________</w:t>
      </w:r>
    </w:p>
    <w:p>
      <w:r>
        <w:t>2.  _____________________________________________________________</w:t>
      </w:r>
    </w:p>
    <w:p>
      <w:r>
        <w:t>3.  _____________________________________________________________</w:t>
      </w:r>
    </w:p>
    <w:p>
      <w:r>
        <w:t>4.  _____________________________________________________________</w:t>
      </w:r>
    </w:p>
    <w:p>
      <w:r>
        <w:t>5.  _____________________________________________________________</w:t>
      </w:r>
    </w:p>
    <w:p>
      <w:r>
        <w:t>6.  _____________________________________________________________</w:t>
      </w:r>
    </w:p>
    <w:p>
      <w:pPr>
        <w:pStyle w:val="Heading2"/>
        <w:spacing w:before="120" w:after="200"/>
      </w:pPr>
      <w:r>
        <w:t>Notes and source</w:t>
      </w:r>
    </w:p>
    <w:p>
      <w:r>
        <w:t>__________________________________________________________________</w:t>
      </w:r>
    </w:p>
    <w:p>
      <w:r>
        <w:br w:type="page"/>
      </w:r>
    </w:p>
    <w:p>
      <w:pPr>
        <w:pStyle w:val="Heading1"/>
        <w:spacing w:before="120" w:after="200"/>
      </w:pPr>
      <w:r>
        <w:t>Garden Pasta Bowl</w:t>
      </w:r>
    </w:p>
    <w:p>
      <w:r>
        <w:t>Fictional example for layout only</w:t>
      </w:r>
    </w:p>
    <w:tbl>
      <w:tblPr>
        <w:tblW w:type="auto" w:w="0"/>
        <w:tblLook w:firstColumn="1" w:firstRow="1" w:lastColumn="0" w:lastRow="0" w:noHBand="0" w:noVBand="1" w:val="04A0"/>
      </w:tblPr>
      <w:tblGrid>
        <w:gridCol w:w="2502"/>
        <w:gridCol w:w="2502"/>
        <w:gridCol w:w="2502"/>
        <w:gridCol w:w="2502"/>
      </w:tblGrid>
      <w:tr>
        <w:trPr>
          <w:tblHeader w:val="true"/>
        </w:trPr>
        <w:tc>
          <w:tcPr>
            <w:tcW w:type="dxa" w:w="2502"/>
            <w:shd w:fill="EEF4EF"/>
            <w:tcMar>
              <w:top w:w="100" w:type="dxa"/>
              <w:start w:w="120" w:type="dxa"/>
              <w:bottom w:w="100" w:type="dxa"/>
              <w:end w:w="120" w:type="dxa"/>
            </w:tcMar>
          </w:tcPr>
          <w:p>
            <w:r>
              <w:t>Category</w:t>
            </w:r>
          </w:p>
        </w:tc>
        <w:tc>
          <w:tcPr>
            <w:tcW w:type="dxa" w:w="2502"/>
            <w:shd w:fill="EEF4EF"/>
            <w:tcMar>
              <w:top w:w="100" w:type="dxa"/>
              <w:start w:w="120" w:type="dxa"/>
              <w:bottom w:w="100" w:type="dxa"/>
              <w:end w:w="120" w:type="dxa"/>
            </w:tcMar>
          </w:tcPr>
          <w:p>
            <w:r>
              <w:t>Servings</w:t>
            </w:r>
          </w:p>
        </w:tc>
        <w:tc>
          <w:tcPr>
            <w:tcW w:type="dxa" w:w="2502"/>
            <w:shd w:fill="EEF4EF"/>
            <w:tcMar>
              <w:top w:w="100" w:type="dxa"/>
              <w:start w:w="120" w:type="dxa"/>
              <w:bottom w:w="100" w:type="dxa"/>
              <w:end w:w="120" w:type="dxa"/>
            </w:tcMar>
          </w:tcPr>
          <w:p>
            <w:r>
              <w:t>Prep time</w:t>
            </w:r>
          </w:p>
        </w:tc>
        <w:tc>
          <w:tcPr>
            <w:tcW w:type="dxa" w:w="2502"/>
            <w:shd w:fill="EEF4EF"/>
            <w:tcMar>
              <w:top w:w="100" w:type="dxa"/>
              <w:start w:w="120" w:type="dxa"/>
              <w:bottom w:w="100" w:type="dxa"/>
              <w:end w:w="120" w:type="dxa"/>
            </w:tcMar>
          </w:tcPr>
          <w:p>
            <w:r>
              <w:t>Cook time</w:t>
            </w:r>
          </w:p>
        </w:tc>
      </w:tr>
      <w:tr>
        <w:tc>
          <w:tcPr>
            <w:tcW w:type="dxa" w:w="2502"/>
            <w:tcMar>
              <w:top w:w="100" w:type="dxa"/>
              <w:start w:w="120" w:type="dxa"/>
              <w:bottom w:w="100" w:type="dxa"/>
              <w:end w:w="120" w:type="dxa"/>
            </w:tcMar>
          </w:tcPr>
          <w:p>
            <w:r>
              <w:t>Dinner</w:t>
            </w:r>
          </w:p>
        </w:tc>
        <w:tc>
          <w:tcPr>
            <w:tcW w:type="dxa" w:w="2502"/>
            <w:tcMar>
              <w:top w:w="100" w:type="dxa"/>
              <w:start w:w="120" w:type="dxa"/>
              <w:bottom w:w="100" w:type="dxa"/>
              <w:end w:w="120" w:type="dxa"/>
            </w:tcMar>
          </w:tcPr>
          <w:p>
            <w:r>
              <w:t>4</w:t>
            </w:r>
          </w:p>
        </w:tc>
        <w:tc>
          <w:tcPr>
            <w:tcW w:type="dxa" w:w="2502"/>
            <w:tcMar>
              <w:top w:w="100" w:type="dxa"/>
              <w:start w:w="120" w:type="dxa"/>
              <w:bottom w:w="100" w:type="dxa"/>
              <w:end w:w="120" w:type="dxa"/>
            </w:tcMar>
          </w:tcPr>
          <w:p>
            <w:r>
              <w:t>15 minutes</w:t>
            </w:r>
          </w:p>
        </w:tc>
        <w:tc>
          <w:tcPr>
            <w:tcW w:type="dxa" w:w="2502"/>
            <w:tcMar>
              <w:top w:w="100" w:type="dxa"/>
              <w:start w:w="120" w:type="dxa"/>
              <w:bottom w:w="100" w:type="dxa"/>
              <w:end w:w="120" w:type="dxa"/>
            </w:tcMar>
          </w:tcPr>
          <w:p>
            <w:r>
              <w:t>20 minutes</w:t>
            </w:r>
          </w:p>
        </w:tc>
      </w:tr>
    </w:tbl>
    <w:p>
      <w:pPr>
        <w:pStyle w:val="Heading2"/>
        <w:spacing w:before="120" w:after="200"/>
      </w:pPr>
      <w:r>
        <w:t>Ingredients</w:t>
      </w:r>
    </w:p>
    <w:p>
      <w:pPr>
        <w:pStyle w:val="ListBullet"/>
      </w:pPr>
      <w:r>
        <w:t>12 ounces pasta</w:t>
      </w:r>
    </w:p>
    <w:p>
      <w:pPr>
        <w:pStyle w:val="ListBullet"/>
      </w:pPr>
      <w:r>
        <w:t>2 cups chopped seasonal vegetables</w:t>
      </w:r>
    </w:p>
    <w:p>
      <w:pPr>
        <w:pStyle w:val="ListBullet"/>
      </w:pPr>
      <w:r>
        <w:t>1 tablespoon cooking oil</w:t>
      </w:r>
    </w:p>
    <w:p>
      <w:pPr>
        <w:pStyle w:val="ListBullet"/>
      </w:pPr>
      <w:r>
        <w:t>1 clove garlic, minced</w:t>
      </w:r>
    </w:p>
    <w:p>
      <w:pPr>
        <w:pStyle w:val="ListBullet"/>
      </w:pPr>
      <w:r>
        <w:t>1 cup plain tomato sauce</w:t>
      </w:r>
    </w:p>
    <w:p>
      <w:pPr>
        <w:pStyle w:val="ListBullet"/>
      </w:pPr>
      <w:r>
        <w:t>Salt and pepper to taste</w:t>
      </w:r>
    </w:p>
    <w:p>
      <w:pPr>
        <w:pStyle w:val="ListBullet"/>
      </w:pPr>
      <w:r>
        <w:t>Chopped herbs for serving</w:t>
      </w:r>
    </w:p>
    <w:p>
      <w:pPr>
        <w:pStyle w:val="Heading2"/>
        <w:spacing w:before="120" w:after="200"/>
      </w:pPr>
      <w:r>
        <w:t>Instructions</w:t>
      </w:r>
    </w:p>
    <w:p>
      <w:pPr>
        <w:pStyle w:val="ListNumber"/>
      </w:pPr>
      <w:r>
        <w:t>Cook the pasta according to its package instructions.</w:t>
      </w:r>
    </w:p>
    <w:p>
      <w:pPr>
        <w:pStyle w:val="ListNumber"/>
      </w:pPr>
      <w:r>
        <w:t>Warm the oil in a large pan and cook the vegetables until tender.</w:t>
      </w:r>
    </w:p>
    <w:p>
      <w:pPr>
        <w:pStyle w:val="ListNumber"/>
      </w:pPr>
      <w:r>
        <w:t>Add the garlic and tomato sauce, then simmer for five minutes.</w:t>
      </w:r>
    </w:p>
    <w:p>
      <w:pPr>
        <w:pStyle w:val="ListNumber"/>
      </w:pPr>
      <w:r>
        <w:t>Stir in the drained pasta and season to taste.</w:t>
      </w:r>
    </w:p>
    <w:p>
      <w:pPr>
        <w:pStyle w:val="ListNumber"/>
      </w:pPr>
      <w:r>
        <w:t>Serve with chopped herbs.</w:t>
      </w:r>
    </w:p>
    <w:p>
      <w:pPr>
        <w:pStyle w:val="Heading2"/>
        <w:spacing w:before="120" w:after="200"/>
      </w:pPr>
      <w:r>
        <w:t>Notes and source</w:t>
      </w:r>
    </w:p>
    <w:p>
      <w:r>
        <w:t>Original fictional example created for this template. Replace it with your own recipe or one you have permission to use.</w:t>
      </w:r>
    </w:p>
    <w:p>
      <w:r>
        <w:br w:type="page"/>
      </w:r>
    </w:p>
    <w:p>
      <w:pPr>
        <w:pStyle w:val="Heading1"/>
        <w:spacing w:before="120" w:after="200"/>
      </w:pPr>
      <w:r>
        <w:t>Recipe memory</w:t>
      </w:r>
    </w:p>
    <w:p>
      <w:r>
        <w:t>Use this page to preserve the context around a family recipe without copying published recipe text you do not have permission to reproduce.</w:t>
      </w:r>
    </w:p>
    <w:p>
      <w:pPr>
        <w:spacing w:after="100"/>
      </w:pPr>
      <w:r>
        <w:rPr>
          <w:b/>
        </w:rPr>
        <w:t>Recipe name</w:t>
      </w:r>
    </w:p>
    <w:p>
      <w:r>
        <w:t>__________________________________________________________________________________</w:t>
      </w:r>
    </w:p>
    <w:p>
      <w:pPr>
        <w:spacing w:after="100"/>
      </w:pPr>
      <w:r>
        <w:rPr>
          <w:b/>
        </w:rPr>
        <w:t>Who shared it</w:t>
      </w:r>
    </w:p>
    <w:p>
      <w:r>
        <w:t>__________________________________________________________________________________</w:t>
      </w:r>
    </w:p>
    <w:p>
      <w:pPr>
        <w:spacing w:after="100"/>
      </w:pPr>
      <w:r>
        <w:rPr>
          <w:b/>
        </w:rPr>
        <w:t>When we make it</w:t>
      </w:r>
    </w:p>
    <w:p>
      <w:r>
        <w:t>__________________________________________________________________________________</w:t>
      </w:r>
    </w:p>
    <w:p>
      <w:r>
        <w:t>__________________________________________________________________________________</w:t>
      </w:r>
    </w:p>
    <w:p>
      <w:pPr>
        <w:spacing w:after="100"/>
      </w:pPr>
      <w:r>
        <w:rPr>
          <w:b/>
        </w:rPr>
        <w:t>Why it matters</w:t>
      </w:r>
    </w:p>
    <w:p>
      <w:r>
        <w:t>__________________________________________________________________________________</w:t>
      </w:r>
    </w:p>
    <w:p>
      <w:r>
        <w:t>__________________________________________________________________________________</w:t>
      </w:r>
    </w:p>
    <w:p>
      <w:r>
        <w:t>__________________________________________________________________________________</w:t>
      </w:r>
    </w:p>
    <w:p>
      <w:r>
        <w:t>__________________________________________________________________________________</w:t>
      </w:r>
    </w:p>
    <w:p>
      <w:r>
        <w:t>__________________________________________________________________________________</w:t>
      </w:r>
    </w:p>
    <w:p>
      <w:pPr>
        <w:spacing w:after="100"/>
      </w:pPr>
      <w:r>
        <w:rPr>
          <w:b/>
        </w:rPr>
        <w:t>Changes or family traditions</w:t>
      </w:r>
    </w:p>
    <w:p>
      <w:r>
        <w:t>__________________________________________________________________________________</w:t>
      </w:r>
    </w:p>
    <w:p>
      <w:r>
        <w:t>__________________________________________________________________________________</w:t>
      </w:r>
    </w:p>
    <w:p>
      <w:r>
        <w:t>__________________________________________________________________________________</w:t>
      </w:r>
    </w:p>
    <w:p>
      <w:r>
        <w:t>__________________________________________________________________________________</w:t>
      </w:r>
    </w:p>
    <w:p>
      <w:r>
        <w:br w:type="page"/>
      </w:r>
    </w:p>
    <w:p>
      <w:pPr>
        <w:pStyle w:val="Heading1"/>
        <w:spacing w:before="120" w:after="200"/>
      </w:pPr>
      <w:r>
        <w:t>Recipe index</w:t>
      </w:r>
    </w:p>
    <w:tbl>
      <w:tblPr>
        <w:tblW w:type="auto" w:w="0"/>
        <w:tblLook w:firstColumn="1" w:firstRow="1" w:lastColumn="0" w:lastRow="0" w:noHBand="0" w:noVBand="1" w:val="04A0"/>
      </w:tblPr>
      <w:tblGrid>
        <w:gridCol w:w="3336"/>
        <w:gridCol w:w="3336"/>
        <w:gridCol w:w="3336"/>
      </w:tblGrid>
      <w:tr>
        <w:trPr>
          <w:tblHeader w:val="true"/>
        </w:trPr>
        <w:tc>
          <w:tcPr>
            <w:tcW w:type="dxa" w:w="3336"/>
            <w:shd w:fill="203744"/>
            <w:tcMar>
              <w:top w:w="100" w:type="dxa"/>
              <w:start w:w="120" w:type="dxa"/>
              <w:bottom w:w="100" w:type="dxa"/>
              <w:end w:w="120" w:type="dxa"/>
            </w:tcMar>
          </w:tcPr>
          <w:p>
            <w:r>
              <w:rPr>
                <w:b/>
                <w:color w:val="FFFFFF"/>
              </w:rPr>
              <w:t>Recipe</w:t>
            </w:r>
          </w:p>
        </w:tc>
        <w:tc>
          <w:tcPr>
            <w:tcW w:type="dxa" w:w="3336"/>
            <w:shd w:fill="203744"/>
            <w:tcMar>
              <w:top w:w="100" w:type="dxa"/>
              <w:start w:w="120" w:type="dxa"/>
              <w:bottom w:w="100" w:type="dxa"/>
              <w:end w:w="120" w:type="dxa"/>
            </w:tcMar>
          </w:tcPr>
          <w:p>
            <w:r>
              <w:rPr>
                <w:b/>
                <w:color w:val="FFFFFF"/>
              </w:rPr>
              <w:t>Category</w:t>
            </w:r>
          </w:p>
        </w:tc>
        <w:tc>
          <w:tcPr>
            <w:tcW w:type="dxa" w:w="3336"/>
            <w:shd w:fill="203744"/>
            <w:tcMar>
              <w:top w:w="100" w:type="dxa"/>
              <w:start w:w="120" w:type="dxa"/>
              <w:bottom w:w="100" w:type="dxa"/>
              <w:end w:w="120" w:type="dxa"/>
            </w:tcMar>
          </w:tcPr>
          <w:p>
            <w:r>
              <w:rPr>
                <w:b/>
                <w:color w:val="FFFFFF"/>
              </w:rPr>
              <w:t>Page</w:t>
            </w:r>
          </w:p>
        </w:tc>
      </w:tr>
      <w:tr>
        <w:tc>
          <w:tcPr>
            <w:tcW w:type="dxa" w:w="3336"/>
            <w:tcMar>
              <w:top w:w="130" w:type="dxa"/>
              <w:start w:w="120" w:type="dxa"/>
              <w:bottom w:w="130" w:type="dxa"/>
              <w:end w:w="120" w:type="dxa"/>
            </w:tcMar>
          </w:tcPr>
          <w:p/>
        </w:tc>
        <w:tc>
          <w:tcPr>
            <w:tcW w:type="dxa" w:w="3336"/>
            <w:tcMar>
              <w:top w:w="130" w:type="dxa"/>
              <w:start w:w="120" w:type="dxa"/>
              <w:bottom w:w="130" w:type="dxa"/>
              <w:end w:w="120" w:type="dxa"/>
            </w:tcMar>
          </w:tcPr>
          <w:p/>
        </w:tc>
        <w:tc>
          <w:tcPr>
            <w:tcW w:type="dxa" w:w="3336"/>
            <w:tcMar>
              <w:top w:w="130" w:type="dxa"/>
              <w:start w:w="120" w:type="dxa"/>
              <w:bottom w:w="130" w:type="dxa"/>
              <w:end w:w="120" w:type="dxa"/>
            </w:tcMar>
          </w:tcPr>
          <w:p/>
        </w:tc>
      </w:tr>
      <w:tr>
        <w:tc>
          <w:tcPr>
            <w:tcW w:type="dxa" w:w="3336"/>
            <w:tcMar>
              <w:top w:w="130" w:type="dxa"/>
              <w:start w:w="120" w:type="dxa"/>
              <w:bottom w:w="130" w:type="dxa"/>
              <w:end w:w="120" w:type="dxa"/>
            </w:tcMar>
          </w:tcPr>
          <w:p/>
        </w:tc>
        <w:tc>
          <w:tcPr>
            <w:tcW w:type="dxa" w:w="3336"/>
            <w:tcMar>
              <w:top w:w="130" w:type="dxa"/>
              <w:start w:w="120" w:type="dxa"/>
              <w:bottom w:w="130" w:type="dxa"/>
              <w:end w:w="120" w:type="dxa"/>
            </w:tcMar>
          </w:tcPr>
          <w:p/>
        </w:tc>
        <w:tc>
          <w:tcPr>
            <w:tcW w:type="dxa" w:w="3336"/>
            <w:tcMar>
              <w:top w:w="130" w:type="dxa"/>
              <w:start w:w="120" w:type="dxa"/>
              <w:bottom w:w="130" w:type="dxa"/>
              <w:end w:w="120" w:type="dxa"/>
            </w:tcMar>
          </w:tcPr>
          <w:p/>
        </w:tc>
      </w:tr>
      <w:tr>
        <w:tc>
          <w:tcPr>
            <w:tcW w:type="dxa" w:w="3336"/>
            <w:tcMar>
              <w:top w:w="130" w:type="dxa"/>
              <w:start w:w="120" w:type="dxa"/>
              <w:bottom w:w="130" w:type="dxa"/>
              <w:end w:w="120" w:type="dxa"/>
            </w:tcMar>
          </w:tcPr>
          <w:p/>
        </w:tc>
        <w:tc>
          <w:tcPr>
            <w:tcW w:type="dxa" w:w="3336"/>
            <w:tcMar>
              <w:top w:w="130" w:type="dxa"/>
              <w:start w:w="120" w:type="dxa"/>
              <w:bottom w:w="130" w:type="dxa"/>
              <w:end w:w="120" w:type="dxa"/>
            </w:tcMar>
          </w:tcPr>
          <w:p/>
        </w:tc>
        <w:tc>
          <w:tcPr>
            <w:tcW w:type="dxa" w:w="3336"/>
            <w:tcMar>
              <w:top w:w="130" w:type="dxa"/>
              <w:start w:w="120" w:type="dxa"/>
              <w:bottom w:w="130" w:type="dxa"/>
              <w:end w:w="120" w:type="dxa"/>
            </w:tcMar>
          </w:tcPr>
          <w:p/>
        </w:tc>
      </w:tr>
      <w:tr>
        <w:tc>
          <w:tcPr>
            <w:tcW w:type="dxa" w:w="3336"/>
            <w:tcMar>
              <w:top w:w="130" w:type="dxa"/>
              <w:start w:w="120" w:type="dxa"/>
              <w:bottom w:w="130" w:type="dxa"/>
              <w:end w:w="120" w:type="dxa"/>
            </w:tcMar>
          </w:tcPr>
          <w:p/>
        </w:tc>
        <w:tc>
          <w:tcPr>
            <w:tcW w:type="dxa" w:w="3336"/>
            <w:tcMar>
              <w:top w:w="130" w:type="dxa"/>
              <w:start w:w="120" w:type="dxa"/>
              <w:bottom w:w="130" w:type="dxa"/>
              <w:end w:w="120" w:type="dxa"/>
            </w:tcMar>
          </w:tcPr>
          <w:p/>
        </w:tc>
        <w:tc>
          <w:tcPr>
            <w:tcW w:type="dxa" w:w="3336"/>
            <w:tcMar>
              <w:top w:w="130" w:type="dxa"/>
              <w:start w:w="120" w:type="dxa"/>
              <w:bottom w:w="130" w:type="dxa"/>
              <w:end w:w="120" w:type="dxa"/>
            </w:tcMar>
          </w:tcPr>
          <w:p/>
        </w:tc>
      </w:tr>
      <w:tr>
        <w:tc>
          <w:tcPr>
            <w:tcW w:type="dxa" w:w="3336"/>
            <w:tcMar>
              <w:top w:w="130" w:type="dxa"/>
              <w:start w:w="120" w:type="dxa"/>
              <w:bottom w:w="130" w:type="dxa"/>
              <w:end w:w="120" w:type="dxa"/>
            </w:tcMar>
          </w:tcPr>
          <w:p/>
        </w:tc>
        <w:tc>
          <w:tcPr>
            <w:tcW w:type="dxa" w:w="3336"/>
            <w:tcMar>
              <w:top w:w="130" w:type="dxa"/>
              <w:start w:w="120" w:type="dxa"/>
              <w:bottom w:w="130" w:type="dxa"/>
              <w:end w:w="120" w:type="dxa"/>
            </w:tcMar>
          </w:tcPr>
          <w:p/>
        </w:tc>
        <w:tc>
          <w:tcPr>
            <w:tcW w:type="dxa" w:w="3336"/>
            <w:tcMar>
              <w:top w:w="130" w:type="dxa"/>
              <w:start w:w="120" w:type="dxa"/>
              <w:bottom w:w="130" w:type="dxa"/>
              <w:end w:w="120" w:type="dxa"/>
            </w:tcMar>
          </w:tcPr>
          <w:p/>
        </w:tc>
      </w:tr>
      <w:tr>
        <w:tc>
          <w:tcPr>
            <w:tcW w:type="dxa" w:w="3336"/>
            <w:tcMar>
              <w:top w:w="130" w:type="dxa"/>
              <w:start w:w="120" w:type="dxa"/>
              <w:bottom w:w="130" w:type="dxa"/>
              <w:end w:w="120" w:type="dxa"/>
            </w:tcMar>
          </w:tcPr>
          <w:p/>
        </w:tc>
        <w:tc>
          <w:tcPr>
            <w:tcW w:type="dxa" w:w="3336"/>
            <w:tcMar>
              <w:top w:w="130" w:type="dxa"/>
              <w:start w:w="120" w:type="dxa"/>
              <w:bottom w:w="130" w:type="dxa"/>
              <w:end w:w="120" w:type="dxa"/>
            </w:tcMar>
          </w:tcPr>
          <w:p/>
        </w:tc>
        <w:tc>
          <w:tcPr>
            <w:tcW w:type="dxa" w:w="3336"/>
            <w:tcMar>
              <w:top w:w="130" w:type="dxa"/>
              <w:start w:w="120" w:type="dxa"/>
              <w:bottom w:w="130" w:type="dxa"/>
              <w:end w:w="120" w:type="dxa"/>
            </w:tcMar>
          </w:tcPr>
          <w:p/>
        </w:tc>
      </w:tr>
      <w:tr>
        <w:tc>
          <w:tcPr>
            <w:tcW w:type="dxa" w:w="3336"/>
            <w:tcMar>
              <w:top w:w="130" w:type="dxa"/>
              <w:start w:w="120" w:type="dxa"/>
              <w:bottom w:w="130" w:type="dxa"/>
              <w:end w:w="120" w:type="dxa"/>
            </w:tcMar>
          </w:tcPr>
          <w:p/>
        </w:tc>
        <w:tc>
          <w:tcPr>
            <w:tcW w:type="dxa" w:w="3336"/>
            <w:tcMar>
              <w:top w:w="130" w:type="dxa"/>
              <w:start w:w="120" w:type="dxa"/>
              <w:bottom w:w="130" w:type="dxa"/>
              <w:end w:w="120" w:type="dxa"/>
            </w:tcMar>
          </w:tcPr>
          <w:p/>
        </w:tc>
        <w:tc>
          <w:tcPr>
            <w:tcW w:type="dxa" w:w="3336"/>
            <w:tcMar>
              <w:top w:w="130" w:type="dxa"/>
              <w:start w:w="120" w:type="dxa"/>
              <w:bottom w:w="130" w:type="dxa"/>
              <w:end w:w="120" w:type="dxa"/>
            </w:tcMar>
          </w:tcPr>
          <w:p/>
        </w:tc>
      </w:tr>
      <w:tr>
        <w:tc>
          <w:tcPr>
            <w:tcW w:type="dxa" w:w="3336"/>
            <w:tcMar>
              <w:top w:w="130" w:type="dxa"/>
              <w:start w:w="120" w:type="dxa"/>
              <w:bottom w:w="130" w:type="dxa"/>
              <w:end w:w="120" w:type="dxa"/>
            </w:tcMar>
          </w:tcPr>
          <w:p/>
        </w:tc>
        <w:tc>
          <w:tcPr>
            <w:tcW w:type="dxa" w:w="3336"/>
            <w:tcMar>
              <w:top w:w="130" w:type="dxa"/>
              <w:start w:w="120" w:type="dxa"/>
              <w:bottom w:w="130" w:type="dxa"/>
              <w:end w:w="120" w:type="dxa"/>
            </w:tcMar>
          </w:tcPr>
          <w:p/>
        </w:tc>
        <w:tc>
          <w:tcPr>
            <w:tcW w:type="dxa" w:w="3336"/>
            <w:tcMar>
              <w:top w:w="130" w:type="dxa"/>
              <w:start w:w="120" w:type="dxa"/>
              <w:bottom w:w="130" w:type="dxa"/>
              <w:end w:w="120" w:type="dxa"/>
            </w:tcMar>
          </w:tcPr>
          <w:p/>
        </w:tc>
      </w:tr>
      <w:tr>
        <w:tc>
          <w:tcPr>
            <w:tcW w:type="dxa" w:w="3336"/>
            <w:tcMar>
              <w:top w:w="130" w:type="dxa"/>
              <w:start w:w="120" w:type="dxa"/>
              <w:bottom w:w="130" w:type="dxa"/>
              <w:end w:w="120" w:type="dxa"/>
            </w:tcMar>
          </w:tcPr>
          <w:p/>
        </w:tc>
        <w:tc>
          <w:tcPr>
            <w:tcW w:type="dxa" w:w="3336"/>
            <w:tcMar>
              <w:top w:w="130" w:type="dxa"/>
              <w:start w:w="120" w:type="dxa"/>
              <w:bottom w:w="130" w:type="dxa"/>
              <w:end w:w="120" w:type="dxa"/>
            </w:tcMar>
          </w:tcPr>
          <w:p/>
        </w:tc>
        <w:tc>
          <w:tcPr>
            <w:tcW w:type="dxa" w:w="3336"/>
            <w:tcMar>
              <w:top w:w="130" w:type="dxa"/>
              <w:start w:w="120" w:type="dxa"/>
              <w:bottom w:w="130" w:type="dxa"/>
              <w:end w:w="120" w:type="dxa"/>
            </w:tcMar>
          </w:tcPr>
          <w:p/>
        </w:tc>
      </w:tr>
      <w:tr>
        <w:tc>
          <w:tcPr>
            <w:tcW w:type="dxa" w:w="3336"/>
            <w:tcMar>
              <w:top w:w="130" w:type="dxa"/>
              <w:start w:w="120" w:type="dxa"/>
              <w:bottom w:w="130" w:type="dxa"/>
              <w:end w:w="120" w:type="dxa"/>
            </w:tcMar>
          </w:tcPr>
          <w:p/>
        </w:tc>
        <w:tc>
          <w:tcPr>
            <w:tcW w:type="dxa" w:w="3336"/>
            <w:tcMar>
              <w:top w:w="130" w:type="dxa"/>
              <w:start w:w="120" w:type="dxa"/>
              <w:bottom w:w="130" w:type="dxa"/>
              <w:end w:w="120" w:type="dxa"/>
            </w:tcMar>
          </w:tcPr>
          <w:p/>
        </w:tc>
        <w:tc>
          <w:tcPr>
            <w:tcW w:type="dxa" w:w="3336"/>
            <w:tcMar>
              <w:top w:w="130" w:type="dxa"/>
              <w:start w:w="120" w:type="dxa"/>
              <w:bottom w:w="130" w:type="dxa"/>
              <w:end w:w="120" w:type="dxa"/>
            </w:tcMar>
          </w:tcPr>
          <w:p/>
        </w:tc>
      </w:tr>
      <w:tr>
        <w:tc>
          <w:tcPr>
            <w:tcW w:type="dxa" w:w="3336"/>
            <w:tcMar>
              <w:top w:w="130" w:type="dxa"/>
              <w:start w:w="120" w:type="dxa"/>
              <w:bottom w:w="130" w:type="dxa"/>
              <w:end w:w="120" w:type="dxa"/>
            </w:tcMar>
          </w:tcPr>
          <w:p/>
        </w:tc>
        <w:tc>
          <w:tcPr>
            <w:tcW w:type="dxa" w:w="3336"/>
            <w:tcMar>
              <w:top w:w="130" w:type="dxa"/>
              <w:start w:w="120" w:type="dxa"/>
              <w:bottom w:w="130" w:type="dxa"/>
              <w:end w:w="120" w:type="dxa"/>
            </w:tcMar>
          </w:tcPr>
          <w:p/>
        </w:tc>
        <w:tc>
          <w:tcPr>
            <w:tcW w:type="dxa" w:w="3336"/>
            <w:tcMar>
              <w:top w:w="130" w:type="dxa"/>
              <w:start w:w="120" w:type="dxa"/>
              <w:bottom w:w="130" w:type="dxa"/>
              <w:end w:w="120" w:type="dxa"/>
            </w:tcMar>
          </w:tcPr>
          <w:p/>
        </w:tc>
      </w:tr>
      <w:tr>
        <w:tc>
          <w:tcPr>
            <w:tcW w:type="dxa" w:w="3336"/>
            <w:tcMar>
              <w:top w:w="130" w:type="dxa"/>
              <w:start w:w="120" w:type="dxa"/>
              <w:bottom w:w="130" w:type="dxa"/>
              <w:end w:w="120" w:type="dxa"/>
            </w:tcMar>
          </w:tcPr>
          <w:p/>
        </w:tc>
        <w:tc>
          <w:tcPr>
            <w:tcW w:type="dxa" w:w="3336"/>
            <w:tcMar>
              <w:top w:w="130" w:type="dxa"/>
              <w:start w:w="120" w:type="dxa"/>
              <w:bottom w:w="130" w:type="dxa"/>
              <w:end w:w="120" w:type="dxa"/>
            </w:tcMar>
          </w:tcPr>
          <w:p/>
        </w:tc>
        <w:tc>
          <w:tcPr>
            <w:tcW w:type="dxa" w:w="3336"/>
            <w:tcMar>
              <w:top w:w="130" w:type="dxa"/>
              <w:start w:w="120" w:type="dxa"/>
              <w:bottom w:w="130" w:type="dxa"/>
              <w:end w:w="120" w:type="dxa"/>
            </w:tcMar>
          </w:tcPr>
          <w:p/>
        </w:tc>
      </w:tr>
    </w:tbl>
    <w:p>
      <w:pPr>
        <w:pStyle w:val="Heading2"/>
        <w:spacing w:before="120" w:after="200"/>
      </w:pPr>
      <w:r>
        <w:t>Notes</w:t>
      </w:r>
    </w:p>
    <w:p>
      <w:r>
        <w:t>__________________________________________________________________</w:t>
      </w:r>
    </w:p>
    <w:p>
      <w:r>
        <w:t>__________________________________________________________________</w:t>
      </w:r>
    </w:p>
    <w:p>
      <w:r>
        <w:t>__________________________________________________________________</w:t>
      </w:r>
    </w:p>
    <w:p>
      <w:r>
        <w:t>__________________________________________________________________</w:t>
      </w:r>
    </w:p>
    <w:sectPr>
      <w:footerReference w:type="default" r:id="rId9"/>
      <w:pgSz w:w="12240" w:h="15840"/>
      <w:pgMar w:top="1008" w:right="1008"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1E2A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Georgia" w:hAnsi="Georgia"/>
      <w:color w:val="000000"/>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Recipe Book Template</dc:title>
  <dc:subject>Editable recipe book template for personal and permitted recipes</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