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General Permission Slip</w:t>
      </w:r>
    </w:p>
    <w:p>
      <w:pPr>
        <w:spacing w:after="160"/>
      </w:pPr>
      <w:r>
        <w:t>Complete the activity details, then send the blank authorization section to a parent or guardian. Adapt this template to your school or organization policies and local requirements.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c>
          <w:tcPr>
            <w:tcW w:type="dxa" w:w="5155"/>
            <w:vAlign w:val="center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pPr>
              <w:spacing w:after="80"/>
            </w:pPr>
            <w:r>
              <w:rPr>
                <w:b/>
              </w:rPr>
              <w:t xml:space="preserve">School or Organization  </w:t>
            </w:r>
            <w:r>
              <w:t>________________________________</w:t>
            </w:r>
          </w:p>
        </w:tc>
        <w:tc>
          <w:tcPr>
            <w:tcW w:type="dxa" w:w="5155"/>
            <w:vAlign w:val="center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pPr>
              <w:spacing w:after="80"/>
            </w:pPr>
            <w:r>
              <w:rPr>
                <w:b/>
              </w:rPr>
              <w:t xml:space="preserve">Teacher or Contact  </w:t>
            </w:r>
            <w:r>
              <w:t>________________________________</w:t>
            </w:r>
          </w:p>
        </w:tc>
      </w:tr>
      <w:tr>
        <w:tc>
          <w:tcPr>
            <w:tcW w:type="dxa" w:w="5155"/>
            <w:vAlign w:val="center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pPr>
              <w:spacing w:after="80"/>
            </w:pPr>
            <w:r>
              <w:rPr>
                <w:b/>
              </w:rPr>
              <w:t xml:space="preserve">Event or Activity  </w:t>
            </w:r>
            <w:r>
              <w:t>________________________________</w:t>
            </w:r>
          </w:p>
        </w:tc>
        <w:tc>
          <w:tcPr>
            <w:tcW w:type="dxa" w:w="5155"/>
            <w:vAlign w:val="center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pPr>
              <w:spacing w:after="80"/>
            </w:pPr>
            <w:r>
              <w:rPr>
                <w:b/>
              </w:rPr>
              <w:t xml:space="preserve">Destination  </w:t>
            </w:r>
            <w:r>
              <w:t>________________________________</w:t>
            </w:r>
          </w:p>
        </w:tc>
      </w:tr>
      <w:tr>
        <w:tc>
          <w:tcPr>
            <w:tcW w:type="dxa" w:w="5155"/>
            <w:vAlign w:val="center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pPr>
              <w:spacing w:after="80"/>
            </w:pPr>
            <w:r>
              <w:rPr>
                <w:b/>
              </w:rPr>
              <w:t xml:space="preserve">Date  </w:t>
            </w:r>
            <w:r>
              <w:t>________________________________</w:t>
            </w:r>
          </w:p>
        </w:tc>
        <w:tc>
          <w:tcPr>
            <w:tcW w:type="dxa" w:w="5155"/>
            <w:vAlign w:val="center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pPr>
              <w:spacing w:after="80"/>
            </w:pPr>
            <w:r>
              <w:rPr>
                <w:b/>
              </w:rPr>
              <w:t xml:space="preserve">Departure Time  </w:t>
            </w:r>
            <w:r>
              <w:t>________________________________</w:t>
            </w:r>
          </w:p>
        </w:tc>
      </w:tr>
      <w:tr>
        <w:tc>
          <w:tcPr>
            <w:tcW w:type="dxa" w:w="5155"/>
            <w:vAlign w:val="center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pPr>
              <w:spacing w:after="80"/>
            </w:pPr>
            <w:r>
              <w:rPr>
                <w:b/>
              </w:rPr>
              <w:t xml:space="preserve">Return Time  </w:t>
            </w:r>
            <w:r>
              <w:t>________________________________</w:t>
            </w:r>
          </w:p>
        </w:tc>
        <w:tc>
          <w:tcPr>
            <w:tcW w:type="dxa" w:w="5155"/>
            <w:vAlign w:val="center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pPr>
              <w:spacing w:after="80"/>
            </w:pPr>
            <w:r>
              <w:rPr>
                <w:b/>
              </w:rPr>
              <w:t xml:space="preserve">Transportation  </w:t>
            </w:r>
            <w:r>
              <w:t>________________________________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c>
          <w:tcPr>
            <w:tcW w:type="dxa" w:w="5155"/>
            <w:vAlign w:val="center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pPr>
              <w:spacing w:after="80"/>
            </w:pPr>
            <w:r>
              <w:rPr>
                <w:b/>
              </w:rPr>
              <w:t xml:space="preserve">Cost if Any  </w:t>
            </w:r>
            <w:r>
              <w:t>________________________________</w:t>
            </w:r>
          </w:p>
        </w:tc>
        <w:tc>
          <w:tcPr>
            <w:tcW w:type="dxa" w:w="5155"/>
            <w:vAlign w:val="center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pPr>
              <w:spacing w:after="80"/>
            </w:pPr>
            <w:r>
              <w:rPr>
                <w:b/>
              </w:rPr>
              <w:t xml:space="preserve">Additional Event Details  </w:t>
            </w:r>
            <w:r>
              <w:t>________________________________</w:t>
            </w:r>
          </w:p>
        </w:tc>
      </w:tr>
    </w:tbl>
    <w:p>
      <w:pPr>
        <w:pStyle w:val="Heading1"/>
      </w:pPr>
      <w:r>
        <w:t>Student and Guardian Authorization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c>
          <w:tcPr>
            <w:tcW w:type="dxa" w:w="5155"/>
            <w:vAlign w:val="center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pPr>
              <w:spacing w:after="80"/>
            </w:pPr>
            <w:r>
              <w:rPr>
                <w:b/>
              </w:rPr>
              <w:t xml:space="preserve">Student Name  </w:t>
            </w:r>
            <w:r>
              <w:t>________________________________</w:t>
            </w:r>
          </w:p>
        </w:tc>
        <w:tc>
          <w:tcPr>
            <w:tcW w:type="dxa" w:w="5155"/>
            <w:vAlign w:val="center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pPr>
              <w:spacing w:after="80"/>
            </w:pPr>
            <w:r>
              <w:rPr>
                <w:b/>
              </w:rPr>
              <w:t xml:space="preserve">Grade or Class  </w:t>
            </w:r>
            <w:r>
              <w:t>________________________________</w:t>
            </w:r>
          </w:p>
        </w:tc>
      </w:tr>
    </w:tbl>
    <w:p>
      <w:r>
        <w:t>I give permission for the student named above to participate in the activity described on this form.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c>
          <w:tcPr>
            <w:tcW w:type="dxa" w:w="5155"/>
            <w:vAlign w:val="center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pPr>
              <w:spacing w:after="80"/>
            </w:pPr>
            <w:r>
              <w:rPr>
                <w:b/>
              </w:rPr>
              <w:t xml:space="preserve">Parent or Guardian Name  </w:t>
            </w:r>
            <w:r>
              <w:t>________________________________</w:t>
            </w:r>
          </w:p>
        </w:tc>
        <w:tc>
          <w:tcPr>
            <w:tcW w:type="dxa" w:w="5155"/>
            <w:vAlign w:val="center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pPr>
              <w:spacing w:after="80"/>
            </w:pPr>
            <w:r>
              <w:rPr>
                <w:b/>
              </w:rPr>
              <w:t xml:space="preserve">Phone or Contact  </w:t>
            </w:r>
            <w:r>
              <w:t>________________________________</w:t>
            </w:r>
          </w:p>
        </w:tc>
      </w:tr>
      <w:tr>
        <w:tc>
          <w:tcPr>
            <w:tcW w:type="dxa" w:w="5155"/>
            <w:vAlign w:val="center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pPr>
              <w:spacing w:after="80"/>
            </w:pPr>
            <w:r>
              <w:rPr>
                <w:b/>
              </w:rPr>
              <w:t xml:space="preserve">Parent or Guardian Signature  </w:t>
            </w:r>
            <w:r>
              <w:t>________________________________</w:t>
            </w:r>
          </w:p>
        </w:tc>
        <w:tc>
          <w:tcPr>
            <w:tcW w:type="dxa" w:w="5155"/>
            <w:vAlign w:val="center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pPr>
              <w:spacing w:after="80"/>
            </w:pPr>
            <w:r>
              <w:rPr>
                <w:b/>
              </w:rPr>
              <w:t xml:space="preserve">Date Signed  </w:t>
            </w:r>
            <w:r>
              <w:t>________________________________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c>
          <w:tcPr>
            <w:tcW w:type="dxa" w:w="5155"/>
            <w:vAlign w:val="center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pPr>
              <w:spacing w:after="80"/>
            </w:pPr>
            <w:r>
              <w:rPr>
                <w:b/>
              </w:rPr>
              <w:t xml:space="preserve">Optional Emergency Contact  </w:t>
            </w:r>
            <w:r>
              <w:t>________________________________</w:t>
            </w:r>
          </w:p>
        </w:tc>
        <w:tc>
          <w:tcPr>
            <w:tcW w:type="dxa" w:w="5155"/>
            <w:vAlign w:val="center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pPr>
              <w:spacing w:after="80"/>
            </w:pPr>
            <w:r>
              <w:rPr>
                <w:b/>
              </w:rPr>
              <w:t xml:space="preserve">Optional Emergency Phone  </w:t>
            </w:r>
            <w:r>
              <w:t>________________________________</w:t>
            </w:r>
          </w:p>
        </w:tc>
      </w:tr>
    </w:tbl>
    <w:p>
      <w:pPr>
        <w:pStyle w:val="Heading1"/>
      </w:pPr>
      <w:r>
        <w:t>Optional Instructions or Notes</w:t>
      </w:r>
    </w:p>
    <w:p>
      <w:pPr>
        <w:spacing w:after="60"/>
      </w:pPr>
      <w:r>
        <w:t>Do not include sensitive medical details unless your school requires a separate approved process.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r>
        <w:t>This general form is not a medical-consent form or a substitute for school-specific approval requirements.</w:t>
      </w:r>
    </w:p>
    <w:sectPr w:rsidR="00FC693F" w:rsidRPr="0006063C" w:rsidSect="00034616">
      <w:pgSz w:w="12240" w:h="15840"/>
      <w:pgMar w:top="907" w:right="965" w:bottom="850" w:left="965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182731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4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1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4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Permission Slip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