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One Page Conference Form</w:t>
      </w:r>
    </w:p>
    <w:p>
      <w:pPr>
        <w:spacing w:after="160"/>
      </w:pPr>
      <w:r>
        <w:t>Use this shorter form to prepare for and summarize one parent-teacher conference. Keep completed copies private.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Student Name  </w:t>
            </w:r>
            <w:r>
              <w:t>________________________________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Grade or Class  </w:t>
            </w:r>
            <w:r>
              <w:t>________________________________</w:t>
            </w:r>
          </w:p>
        </w:tc>
      </w:tr>
      <w:tr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Teacher  </w:t>
            </w:r>
            <w:r>
              <w:t>________________________________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Conference Date  </w:t>
            </w:r>
            <w:r>
              <w:t>________________________________</w:t>
            </w:r>
          </w:p>
        </w:tc>
      </w:tr>
    </w:tbl>
    <w:p>
      <w:pPr>
        <w:pStyle w:val="Heading1"/>
      </w:pPr>
      <w:r>
        <w:t>Strengths and Recent Progress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pStyle w:val="Heading1"/>
      </w:pPr>
      <w:r>
        <w:t>Areas for Growth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pStyle w:val="Heading1"/>
      </w:pPr>
      <w:r>
        <w:t>Family Questions and Shared Concerns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p>
      <w:pPr>
        <w:pStyle w:val="Heading1"/>
      </w:pPr>
      <w:r>
        <w:t>Agreed Actions and Follow Up</w:t>
      </w:r>
    </w:p>
    <w:p>
      <w:pPr>
        <w:spacing w:after="40"/>
      </w:pPr>
      <w:r>
        <w:t>________________________________________________________________________________</w:t>
      </w:r>
    </w:p>
    <w:p>
      <w:pPr>
        <w:spacing w:after="40"/>
      </w:pPr>
      <w:r>
        <w:t>________________________________________________________________________________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Follow Up Date  </w:t>
            </w:r>
            <w:r>
              <w:t>________________________________</w:t>
            </w:r>
          </w:p>
        </w:tc>
        <w:tc>
          <w:tcPr>
            <w:tcW w:type="dxa" w:w="5155"/>
            <w:vAlign w:val="center"/>
            <w:tcBorders>
              <w:top w:val="single" w:sz="4" w:color="CBD5DC"/>
              <w:left w:val="single" w:sz="4" w:color="CBD5DC"/>
              <w:bottom w:val="single" w:sz="4" w:color="CBD5DC"/>
              <w:right w:val="single" w:sz="4" w:color="CBD5DC"/>
            </w:tcBorders>
          </w:tcPr>
          <w:p>
            <w:pPr>
              <w:spacing w:after="80"/>
            </w:pPr>
            <w:r>
              <w:rPr>
                <w:b/>
              </w:rPr>
              <w:t xml:space="preserve">Teacher or Family Contact Method  </w:t>
            </w:r>
            <w:r>
              <w:t>________________________________</w:t>
            </w:r>
          </w:p>
        </w:tc>
      </w:tr>
    </w:tbl>
    <w:sectPr w:rsidR="00FC693F" w:rsidRPr="0006063C" w:rsidSect="00034616">
      <w:pgSz w:w="12240" w:h="15840"/>
      <w:pgMar w:top="907" w:right="965" w:bottom="850" w:left="965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18273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4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1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4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 Page Conference Form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