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Cornell Notes Template</w:t>
      </w:r>
    </w:p>
    <w:p>
      <w:pPr>
        <w:spacing w:after="160"/>
      </w:pPr>
      <w:r>
        <w:rPr>
          <w:color w:val="54788A"/>
          <w:sz w:val="18"/>
        </w:rPr>
        <w:t>Lined notes - edit this page or print it for handwriting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Topic or title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Class or subject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Date</w:t>
            </w:r>
          </w:p>
        </w:tc>
        <w:trPr>
          <w:tblHeader/>
        </w:trPr>
      </w:tr>
      <w:tr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Cue or questions</w:t>
            </w:r>
          </w:p>
        </w:tc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Main notes</w:t>
            </w:r>
          </w:p>
        </w:tc>
        <w:trPr>
          <w:tblHeader/>
        </w:trPr>
      </w:tr>
      <w:tr>
        <w:trPr>
          <w:trHeight w:val="6800" w:hRule="atLeast"/>
        </w:trPr>
        <w:tc>
          <w:tcPr>
            <w:tcW w:type="dxa" w:w="5256"/>
            <w:vAlign w:val="top"/>
            <w:tcMar>
              <w:top w:w="140" w:type="dxa"/>
              <w:start w:w="140" w:type="dxa"/>
              <w:bottom w:w="14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Question or keyword</w:t>
              <w:br/>
              <w:br/>
              <w:br/>
              <w:t>Question or keyword</w:t>
              <w:br/>
              <w:br/>
              <w:br/>
              <w:t>Question or keyword</w:t>
            </w:r>
          </w:p>
        </w:tc>
        <w:tc>
          <w:tcPr>
            <w:tcW w:type="dxa" w:w="5256"/>
            <w:vAlign w:val="top"/>
            <w:tcMar>
              <w:top w:w="140" w:type="dxa"/>
              <w:start w:w="140" w:type="dxa"/>
              <w:bottom w:w="14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  <w:br/>
              <w:t>________________________________________________________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54788A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Summary</w:t>
            </w:r>
          </w:p>
        </w:tc>
        <w:trPr>
          <w:tblHeader/>
        </w:trPr>
      </w:tr>
      <w:tr>
        <w:trPr>
          <w:trHeight w:val="1400" w:hRule="atLeast"/>
        </w:trPr>
        <w:tc>
          <w:tcPr>
            <w:tcW w:type="dxa" w:w="10512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State the main ideas in your own words.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Cornell Notes Template</w:t>
      </w:r>
    </w:p>
    <w:p>
      <w:pPr>
        <w:spacing w:after="160"/>
      </w:pPr>
      <w:r>
        <w:rPr>
          <w:color w:val="54788A"/>
          <w:sz w:val="18"/>
        </w:rPr>
        <w:t>Blank notes - edit this page or print it for handwriting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Topic or title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Class or subject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Date</w:t>
            </w:r>
          </w:p>
        </w:tc>
        <w:trPr>
          <w:tblHeader/>
        </w:trPr>
      </w:tr>
      <w:tr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Cue or questions</w:t>
            </w:r>
          </w:p>
        </w:tc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Main notes</w:t>
            </w:r>
          </w:p>
        </w:tc>
        <w:trPr>
          <w:tblHeader/>
        </w:trPr>
      </w:tr>
      <w:tr>
        <w:trPr>
          <w:trHeight w:val="6800" w:hRule="atLeast"/>
        </w:trPr>
        <w:tc>
          <w:tcPr>
            <w:tcW w:type="dxa" w:w="5256"/>
            <w:vAlign w:val="top"/>
            <w:tcMar>
              <w:top w:w="140" w:type="dxa"/>
              <w:start w:w="140" w:type="dxa"/>
              <w:bottom w:w="14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Question or keyword</w:t>
              <w:br/>
              <w:br/>
              <w:br/>
              <w:t>Question or keyword</w:t>
              <w:br/>
              <w:br/>
              <w:br/>
              <w:t>Question or keyword</w:t>
            </w:r>
          </w:p>
        </w:tc>
        <w:tc>
          <w:tcPr>
            <w:tcW w:type="dxa" w:w="5256"/>
            <w:vAlign w:val="top"/>
            <w:tcMar>
              <w:top w:w="140" w:type="dxa"/>
              <w:start w:w="140" w:type="dxa"/>
              <w:bottom w:w="14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Type or write notes here.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54788A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Summary</w:t>
            </w:r>
          </w:p>
        </w:tc>
        <w:trPr>
          <w:tblHeader/>
        </w:trPr>
      </w:tr>
      <w:tr>
        <w:trPr>
          <w:trHeight w:val="1400" w:hRule="atLeast"/>
        </w:trPr>
        <w:tc>
          <w:tcPr>
            <w:tcW w:type="dxa" w:w="10512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State the main ideas in your own words.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Cornell Notes Template</w:t>
      </w:r>
    </w:p>
    <w:p>
      <w:pPr>
        <w:spacing w:after="160"/>
      </w:pPr>
      <w:r>
        <w:rPr>
          <w:color w:val="54788A"/>
          <w:sz w:val="18"/>
        </w:rPr>
        <w:t>Dot grid notes - edit this page or print it for handwriting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Topic or title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Class or subject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Date</w:t>
            </w:r>
          </w:p>
        </w:tc>
        <w:trPr>
          <w:tblHeader/>
        </w:trPr>
      </w:tr>
      <w:tr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Cue or questions</w:t>
            </w:r>
          </w:p>
        </w:tc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Main notes</w:t>
            </w:r>
          </w:p>
        </w:tc>
        <w:trPr>
          <w:tblHeader/>
        </w:trPr>
      </w:tr>
      <w:tr>
        <w:trPr>
          <w:trHeight w:val="6800" w:hRule="atLeast"/>
        </w:trPr>
        <w:tc>
          <w:tcPr>
            <w:tcW w:type="dxa" w:w="5256"/>
            <w:vAlign w:val="top"/>
            <w:tcMar>
              <w:top w:w="140" w:type="dxa"/>
              <w:start w:w="140" w:type="dxa"/>
              <w:bottom w:w="14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Question or keyword</w:t>
              <w:br/>
              <w:br/>
              <w:br/>
              <w:t>Question or keyword</w:t>
              <w:br/>
              <w:br/>
              <w:br/>
              <w:t>Question or keyword</w:t>
            </w:r>
          </w:p>
        </w:tc>
        <w:tc>
          <w:tcPr>
            <w:tcW w:type="dxa" w:w="5256"/>
            <w:vAlign w:val="top"/>
            <w:tcMar>
              <w:top w:w="140" w:type="dxa"/>
              <w:start w:w="140" w:type="dxa"/>
              <w:bottom w:w="14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  <w:br/>
              <w:t>.     .     .     .     .     .     .     .     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54788A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Summary</w:t>
            </w:r>
          </w:p>
        </w:tc>
        <w:trPr>
          <w:tblHeader/>
        </w:trPr>
      </w:tr>
      <w:tr>
        <w:trPr>
          <w:trHeight w:val="1400" w:hRule="atLeast"/>
        </w:trPr>
        <w:tc>
          <w:tcPr>
            <w:tcW w:type="dxa" w:w="10512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State the main ideas in your own words.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Page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82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Cornell Notes Template</dc:title>
  <dc:subject>Editable Cornell note-taking pages with cue, notes, and summary areas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