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Agenda</w:t>
      </w:r>
    </w:p>
    <w:p>
      <w:r>
        <w:t>Plan the meeting before it starts. Share the purpose, timed topics, owners, preparation, and decisions needed with attendees.</w:t>
      </w:r>
    </w:p>
    <w:p>
      <w:pPr>
        <w:spacing w:after="100"/>
      </w:pPr>
      <w:r>
        <w:rPr>
          <w:b/>
        </w:rPr>
        <w:t xml:space="preserve">Meeting Title  </w:t>
      </w:r>
      <w:r>
        <w:t>____________________</w:t>
      </w:r>
      <w:r>
        <w:t xml:space="preserve">     </w:t>
      </w:r>
      <w:r>
        <w:rPr>
          <w:b/>
        </w:rPr>
        <w:t xml:space="preserve">Date  </w:t>
      </w:r>
      <w:r>
        <w:t>____________________</w:t>
      </w:r>
    </w:p>
    <w:p>
      <w:pPr>
        <w:spacing w:after="100"/>
      </w:pPr>
      <w:r>
        <w:rPr>
          <w:b/>
        </w:rPr>
        <w:t xml:space="preserve">Start and End  </w:t>
      </w:r>
      <w:r>
        <w:t>____________________</w:t>
      </w:r>
      <w:r>
        <w:t xml:space="preserve">     </w:t>
      </w:r>
      <w:r>
        <w:rPr>
          <w:b/>
        </w:rPr>
        <w:t xml:space="preserve">Location or Link  </w:t>
      </w:r>
      <w:r>
        <w:t>____________________</w:t>
      </w:r>
    </w:p>
    <w:p>
      <w:pPr>
        <w:spacing w:after="100"/>
      </w:pPr>
      <w:r>
        <w:rPr>
          <w:b/>
        </w:rPr>
        <w:t xml:space="preserve">Facilitator  </w:t>
      </w:r>
      <w:r>
        <w:t>____________________</w:t>
      </w:r>
      <w:r>
        <w:t xml:space="preserve">     </w:t>
      </w:r>
      <w:r>
        <w:rPr>
          <w:b/>
        </w:rPr>
        <w:t xml:space="preserve">Note Taker  </w:t>
      </w:r>
      <w:r>
        <w:t>____________________</w:t>
      </w:r>
    </w:p>
    <w:p>
      <w:pPr>
        <w:spacing w:after="100"/>
      </w:pPr>
      <w:r>
        <w:rPr>
          <w:b/>
        </w:rPr>
        <w:t xml:space="preserve">Attendees  </w:t>
      </w:r>
      <w:r>
        <w:t>____________________</w:t>
      </w:r>
      <w:r>
        <w:t xml:space="preserve">     </w:t>
      </w:r>
      <w:r>
        <w:rPr>
          <w:b/>
        </w:rPr>
        <w:t xml:space="preserve">Guests  </w:t>
      </w:r>
      <w:r>
        <w:t>____________________</w:t>
      </w:r>
    </w:p>
    <w:p>
      <w:pPr>
        <w:pStyle w:val="Heading1"/>
      </w:pPr>
      <w:r>
        <w:t>Purpose and Desired Outcomes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Timed Agenda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9"/>
        <w:gridCol w:w="3111"/>
        <w:gridCol w:w="1224"/>
        <w:gridCol w:w="2506"/>
        <w:gridCol w:w="2462"/>
      </w:tblGrid>
      <w:tr>
        <w:trPr>
          <w:tblHeader/>
        </w:trPr>
        <w:tc>
          <w:tcPr>
            <w:tcW w:type="dxa" w:w="979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Time</w:t>
            </w:r>
          </w:p>
        </w:tc>
        <w:tc>
          <w:tcPr>
            <w:tcW w:type="dxa" w:w="3111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Topic</w:t>
            </w:r>
          </w:p>
        </w:tc>
        <w:tc>
          <w:tcPr>
            <w:tcW w:type="dxa" w:w="1224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Lead</w:t>
            </w:r>
          </w:p>
        </w:tc>
        <w:tc>
          <w:tcPr>
            <w:tcW w:type="dxa" w:w="2506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Desired Outcome</w:t>
            </w:r>
          </w:p>
        </w:tc>
        <w:tc>
          <w:tcPr>
            <w:tcW w:type="dxa" w:w="246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Preparation</w:t>
            </w:r>
          </w:p>
        </w:tc>
      </w:tr>
      <w:tr>
        <w:trPr>
          <w:trHeight w:val="662" w:hRule="atLeast"/>
        </w:trPr>
        <w:tc>
          <w:tcPr>
            <w:tcW w:type="dxa" w:w="9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1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5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4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62" w:hRule="atLeast"/>
        </w:trPr>
        <w:tc>
          <w:tcPr>
            <w:tcW w:type="dxa" w:w="9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1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5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4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62" w:hRule="atLeast"/>
        </w:trPr>
        <w:tc>
          <w:tcPr>
            <w:tcW w:type="dxa" w:w="9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1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5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4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62" w:hRule="atLeast"/>
        </w:trPr>
        <w:tc>
          <w:tcPr>
            <w:tcW w:type="dxa" w:w="9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1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5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4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62" w:hRule="atLeast"/>
        </w:trPr>
        <w:tc>
          <w:tcPr>
            <w:tcW w:type="dxa" w:w="97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31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5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246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Decisions Needed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Action Items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65"/>
        <w:gridCol w:w="1958"/>
        <w:gridCol w:w="1958"/>
      </w:tblGrid>
      <w:tr>
        <w:trPr>
          <w:tblHeader/>
        </w:trPr>
        <w:tc>
          <w:tcPr>
            <w:tcW w:type="dxa" w:w="6365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Action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Due Date</w:t>
            </w:r>
          </w:p>
        </w:tc>
      </w:tr>
      <w:tr>
        <w:trPr>
          <w:trHeight w:val="562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562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Parking Lot</w:t>
      </w:r>
    </w:p>
    <w:p>
      <w:r>
        <w:t>Topics to take up later, not decisions already made.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100"/>
      </w:pPr>
      <w:r>
        <w:rPr>
          <w:b/>
        </w:rPr>
        <w:t xml:space="preserve">Next Meeting Date  </w:t>
      </w:r>
      <w:r>
        <w:t>____________________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