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Standard Book Report</w:t>
      </w:r>
    </w:p>
    <w:p>
      <w:r>
        <w:t>Editable blank worksheet · Fill in the spaces below. Add lines in Word as needed.</w:t>
      </w:r>
    </w:p>
    <w:p>
      <w:pPr>
        <w:pStyle w:val="Heading1"/>
        <w:spacing w:before="140"/>
      </w:pPr>
      <w:r>
        <w:t>Book details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Book title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Author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Your name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Date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pStyle w:val="Heading1"/>
        <w:spacing w:before="140"/>
      </w:pPr>
      <w:r>
        <w:t>Story overview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Important characters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Setting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Problem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Major events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  <w:spacing w:before="140"/>
      </w:pPr>
      <w:r>
        <w:t>Story and response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Solution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Summary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Theme or lesson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Would you recommend it? Why?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sectPr w:rsidR="00FC693F" w:rsidRPr="0006063C" w:rsidSect="00034616">
      <w:pgSz w:w="12240" w:h="15840"/>
      <w:pgMar w:top="907" w:right="1008" w:bottom="907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