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Book Report</w:t>
      </w:r>
    </w:p>
    <w:p>
      <w:r>
        <w:t>Editable blank worksheet · Fill in the spaces below. Add lines in Word as needed.</w:t>
      </w:r>
    </w:p>
    <w:p>
      <w:pPr>
        <w:pStyle w:val="Heading1"/>
        <w:spacing w:before="140"/>
      </w:pPr>
      <w:r>
        <w:t>Book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Book title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Author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Your name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  <w:spacing w:before="140"/>
      </w:pPr>
      <w:r>
        <w:t>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Main character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Setting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What happened?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  <w:spacing w:before="140"/>
      </w:pPr>
      <w:r>
        <w:t>Your thoughts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Favorite part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Rating / opinion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907" w:right="1008" w:bottom="907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